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3F11" w:rsidRPr="001C3F11" w:rsidRDefault="001C3F11" w:rsidP="001C3F11">
      <w:pPr>
        <w:textAlignment w:val="baseline"/>
        <w:outlineLvl w:val="0"/>
        <w:rPr>
          <w:rFonts w:ascii="Helvetica" w:eastAsia="Times New Roman" w:hAnsi="Helvetica" w:cs="Times New Roman"/>
          <w:b/>
          <w:bCs/>
          <w:color w:val="000000" w:themeColor="text1"/>
          <w:sz w:val="27"/>
          <w:szCs w:val="27"/>
          <w:lang w:val="en-GB" w:eastAsia="it-IT"/>
        </w:rPr>
      </w:pPr>
      <w:r w:rsidRPr="001C3F11">
        <w:rPr>
          <w:rFonts w:ascii="Helvetica" w:eastAsia="Times New Roman" w:hAnsi="Helvetica" w:cs="Times New Roman"/>
          <w:b/>
          <w:bCs/>
          <w:color w:val="000000" w:themeColor="text1"/>
          <w:sz w:val="27"/>
          <w:szCs w:val="27"/>
          <w:lang w:val="en-GB" w:eastAsia="it-IT"/>
        </w:rPr>
        <w:t>"</w:t>
      </w:r>
      <w:r w:rsidRPr="001C3F11">
        <w:rPr>
          <w:rFonts w:ascii="Helvetica" w:hAnsi="Helvetica" w:cs="Times New Roman"/>
          <w:b/>
          <w:color w:val="000000" w:themeColor="text1"/>
          <w:sz w:val="27"/>
          <w:szCs w:val="27"/>
          <w:lang w:val="en-GB" w:eastAsia="it-IT"/>
        </w:rPr>
        <w:t>Big D® Charters</w:t>
      </w:r>
      <w:r w:rsidRPr="001C3F11">
        <w:rPr>
          <w:rFonts w:ascii="Helvetica" w:eastAsia="Times New Roman" w:hAnsi="Helvetica" w:cs="Times New Roman"/>
          <w:b/>
          <w:bCs/>
          <w:color w:val="000000" w:themeColor="text1"/>
          <w:sz w:val="27"/>
          <w:szCs w:val="27"/>
          <w:lang w:val="en-GB" w:eastAsia="it-IT"/>
        </w:rPr>
        <w:t>" Terms &amp; Conditions (March 2022 version)</w:t>
      </w:r>
    </w:p>
    <w:p w:rsidR="00CE6EB0" w:rsidRPr="001C3F11" w:rsidRDefault="00507C1C">
      <w:pPr>
        <w:pStyle w:val="Heading1"/>
        <w:rPr>
          <w:color w:val="000000" w:themeColor="text1"/>
        </w:rPr>
      </w:pPr>
      <w:bookmarkStart w:id="0" w:name="_GoBack"/>
      <w:bookmarkEnd w:id="0"/>
      <w:r w:rsidRPr="001C3F11">
        <w:rPr>
          <w:color w:val="000000" w:themeColor="text1"/>
        </w:rPr>
        <w:t>1. Definitions</w:t>
      </w:r>
    </w:p>
    <w:p w:rsidR="00CE6EB0" w:rsidRPr="001C3F11" w:rsidRDefault="00507C1C">
      <w:pPr>
        <w:rPr>
          <w:color w:val="000000" w:themeColor="text1"/>
        </w:rPr>
      </w:pPr>
      <w:r w:rsidRPr="001C3F11">
        <w:rPr>
          <w:color w:val="000000" w:themeColor="text1"/>
        </w:rPr>
        <w:t>In these Terms &amp; Conditions, the following words have the meanings below whenever capitalised, whether used in the singular or plural.</w:t>
      </w:r>
    </w:p>
    <w:p w:rsidR="00CE6EB0" w:rsidRPr="001C3F11" w:rsidRDefault="00507C1C">
      <w:pPr>
        <w:pStyle w:val="ListBullet"/>
        <w:rPr>
          <w:color w:val="000000" w:themeColor="text1"/>
        </w:rPr>
      </w:pPr>
      <w:r w:rsidRPr="001C3F11">
        <w:rPr>
          <w:color w:val="000000" w:themeColor="text1"/>
        </w:rPr>
        <w:t>“Big D®</w:t>
      </w:r>
      <w:r w:rsidRPr="001C3F11">
        <w:rPr>
          <w:color w:val="000000" w:themeColor="text1"/>
        </w:rPr>
        <w:t xml:space="preserve"> Charters”, “Company”, “we”, “us” or “our” means Big D® Charters, operated under Big D Ltd, having its registered office at Kingsway Palace, Republic Street, Valletta, Malta, or any other entity or trading name lawfully operating the charter service.</w:t>
      </w:r>
    </w:p>
    <w:p w:rsidR="00CE6EB0" w:rsidRPr="001C3F11" w:rsidRDefault="00507C1C">
      <w:pPr>
        <w:pStyle w:val="ListBullet"/>
        <w:rPr>
          <w:color w:val="000000" w:themeColor="text1"/>
        </w:rPr>
      </w:pPr>
      <w:r w:rsidRPr="001C3F11">
        <w:rPr>
          <w:color w:val="000000" w:themeColor="text1"/>
        </w:rPr>
        <w:t>“Clie</w:t>
      </w:r>
      <w:r w:rsidRPr="001C3F11">
        <w:rPr>
          <w:color w:val="000000" w:themeColor="text1"/>
        </w:rPr>
        <w:t>nt”, “Renter”, “you” or “your” means the person or legal entity booking, paying for, boarding, using, or being responsible for the Boat and the charter.</w:t>
      </w:r>
    </w:p>
    <w:p w:rsidR="00CE6EB0" w:rsidRPr="001C3F11" w:rsidRDefault="00507C1C">
      <w:pPr>
        <w:pStyle w:val="ListBullet"/>
        <w:rPr>
          <w:color w:val="000000" w:themeColor="text1"/>
        </w:rPr>
      </w:pPr>
      <w:r w:rsidRPr="001C3F11">
        <w:rPr>
          <w:color w:val="000000" w:themeColor="text1"/>
        </w:rPr>
        <w:t>“Boat” means the boat, RHIB, vessel, equipment, accessories, safety equipment, engine, fuel system, ele</w:t>
      </w:r>
      <w:r w:rsidRPr="001C3F11">
        <w:rPr>
          <w:color w:val="000000" w:themeColor="text1"/>
        </w:rPr>
        <w:t>ctronics, trailer, mooring equipment, and any other item supplied by Big D® Charters for the charter.</w:t>
      </w:r>
    </w:p>
    <w:p w:rsidR="00CE6EB0" w:rsidRPr="001C3F11" w:rsidRDefault="00507C1C">
      <w:pPr>
        <w:pStyle w:val="ListBullet"/>
        <w:rPr>
          <w:color w:val="000000" w:themeColor="text1"/>
        </w:rPr>
      </w:pPr>
      <w:r w:rsidRPr="001C3F11">
        <w:rPr>
          <w:color w:val="000000" w:themeColor="text1"/>
        </w:rPr>
        <w:t>“Booking” means the Client’s request for a charter that is accepted by Big D® Charters, whether by email, WhatsApp, telephone, website, payment link, invo</w:t>
      </w:r>
      <w:r w:rsidRPr="001C3F11">
        <w:rPr>
          <w:color w:val="000000" w:themeColor="text1"/>
        </w:rPr>
        <w:t>ice, booking platform, or any other communication method.</w:t>
      </w:r>
    </w:p>
    <w:p w:rsidR="00CE6EB0" w:rsidRPr="001C3F11" w:rsidRDefault="00507C1C">
      <w:pPr>
        <w:pStyle w:val="ListBullet"/>
        <w:rPr>
          <w:color w:val="000000" w:themeColor="text1"/>
        </w:rPr>
      </w:pPr>
      <w:r w:rsidRPr="001C3F11">
        <w:rPr>
          <w:color w:val="000000" w:themeColor="text1"/>
        </w:rPr>
        <w:t>“Charter” or “Rental” means the temporary use of the Boat and related services supplied by Big D® Charters to the Client.</w:t>
      </w:r>
    </w:p>
    <w:p w:rsidR="00CE6EB0" w:rsidRPr="001C3F11" w:rsidRDefault="00507C1C">
      <w:pPr>
        <w:pStyle w:val="ListBullet"/>
        <w:rPr>
          <w:color w:val="000000" w:themeColor="text1"/>
        </w:rPr>
      </w:pPr>
      <w:r w:rsidRPr="001C3F11">
        <w:rPr>
          <w:color w:val="000000" w:themeColor="text1"/>
        </w:rPr>
        <w:t>“Charter Fee” means the price payable for the Booking, excluding the Securit</w:t>
      </w:r>
      <w:r w:rsidRPr="001C3F11">
        <w:rPr>
          <w:color w:val="000000" w:themeColor="text1"/>
        </w:rPr>
        <w:t>y Deposit unless expressly stated otherwise.</w:t>
      </w:r>
    </w:p>
    <w:p w:rsidR="00CE6EB0" w:rsidRPr="001C3F11" w:rsidRDefault="00507C1C">
      <w:pPr>
        <w:pStyle w:val="ListBullet"/>
        <w:rPr>
          <w:color w:val="000000" w:themeColor="text1"/>
        </w:rPr>
      </w:pPr>
      <w:r w:rsidRPr="001C3F11">
        <w:rPr>
          <w:color w:val="000000" w:themeColor="text1"/>
        </w:rPr>
        <w:t>“Security Deposit” means the refundable deposit paid or pre-authorised by the Client to cover damage, loss, recovery, penalties, late return, missing equipment, excess cleaning, fuel differences, or other amount</w:t>
      </w:r>
      <w:r w:rsidRPr="001C3F11">
        <w:rPr>
          <w:color w:val="000000" w:themeColor="text1"/>
        </w:rPr>
        <w:t>s due under these Terms &amp; Conditions.</w:t>
      </w:r>
    </w:p>
    <w:p w:rsidR="00CE6EB0" w:rsidRPr="001C3F11" w:rsidRDefault="00507C1C">
      <w:pPr>
        <w:pStyle w:val="ListBullet"/>
        <w:rPr>
          <w:color w:val="000000" w:themeColor="text1"/>
        </w:rPr>
      </w:pPr>
      <w:r w:rsidRPr="001C3F11">
        <w:rPr>
          <w:color w:val="000000" w:themeColor="text1"/>
        </w:rPr>
        <w:t xml:space="preserve">“Start Time” and “End Time” mean the agreed start and end of the Charter period. Briefing time, check-in, check-out, fuel checks, and inspections form part of the Charter period unless Big D® Charters agrees otherwise </w:t>
      </w:r>
      <w:r w:rsidRPr="001C3F11">
        <w:rPr>
          <w:color w:val="000000" w:themeColor="text1"/>
        </w:rPr>
        <w:t>in writing.</w:t>
      </w:r>
    </w:p>
    <w:p w:rsidR="00CE6EB0" w:rsidRPr="001C3F11" w:rsidRDefault="00507C1C">
      <w:pPr>
        <w:pStyle w:val="ListBullet"/>
        <w:rPr>
          <w:color w:val="000000" w:themeColor="text1"/>
        </w:rPr>
      </w:pPr>
      <w:r w:rsidRPr="001C3F11">
        <w:rPr>
          <w:color w:val="000000" w:themeColor="text1"/>
        </w:rPr>
        <w:t>“Recovery” means towing, assistance, rescue, mechanic intervention, emergency call-out, or returning the Boat to base or to a safe location.</w:t>
      </w:r>
    </w:p>
    <w:p w:rsidR="00CE6EB0" w:rsidRPr="001C3F11" w:rsidRDefault="00507C1C">
      <w:pPr>
        <w:pStyle w:val="ListBullet"/>
        <w:rPr>
          <w:color w:val="000000" w:themeColor="text1"/>
        </w:rPr>
      </w:pPr>
      <w:r w:rsidRPr="001C3F11">
        <w:rPr>
          <w:color w:val="000000" w:themeColor="text1"/>
        </w:rPr>
        <w:t xml:space="preserve">“Force Majeure” means events beyond the reasonable control of Big D® Charters or the Client, including </w:t>
      </w:r>
      <w:r w:rsidRPr="001C3F11">
        <w:rPr>
          <w:color w:val="000000" w:themeColor="text1"/>
        </w:rPr>
        <w:t>severe weather, official warnings, port restrictions, law changes, accidents not caused by the affected party, fire, flood, strike, war, terrorism, power/network failures, or other unforeseeable events.</w:t>
      </w:r>
    </w:p>
    <w:p w:rsidR="00CE6EB0" w:rsidRPr="001C3F11" w:rsidRDefault="00507C1C">
      <w:pPr>
        <w:pStyle w:val="Heading1"/>
        <w:rPr>
          <w:color w:val="000000" w:themeColor="text1"/>
        </w:rPr>
      </w:pPr>
      <w:r w:rsidRPr="001C3F11">
        <w:rPr>
          <w:color w:val="000000" w:themeColor="text1"/>
        </w:rPr>
        <w:t>2. Acceptance of these Terms &amp; Conditions</w:t>
      </w:r>
    </w:p>
    <w:p w:rsidR="00CE6EB0" w:rsidRPr="008B1608" w:rsidRDefault="00507C1C">
      <w:pPr>
        <w:rPr>
          <w:rFonts w:ascii="Calibri" w:hAnsi="Calibri" w:cs="Calibri"/>
          <w:color w:val="000000" w:themeColor="text1"/>
          <w:sz w:val="24"/>
          <w:szCs w:val="24"/>
        </w:rPr>
      </w:pPr>
      <w:r w:rsidRPr="008B1608">
        <w:rPr>
          <w:rFonts w:ascii="Calibri" w:hAnsi="Calibri" w:cs="Calibri"/>
          <w:b/>
          <w:color w:val="000000" w:themeColor="text1"/>
          <w:sz w:val="24"/>
          <w:szCs w:val="24"/>
        </w:rPr>
        <w:t>2.1 Payment</w:t>
      </w:r>
      <w:r w:rsidRPr="008B1608">
        <w:rPr>
          <w:rFonts w:ascii="Calibri" w:hAnsi="Calibri" w:cs="Calibri"/>
          <w:b/>
          <w:color w:val="000000" w:themeColor="text1"/>
          <w:sz w:val="24"/>
          <w:szCs w:val="24"/>
        </w:rPr>
        <w:t xml:space="preserve"> and confirmation are acceptance</w:t>
      </w:r>
    </w:p>
    <w:p w:rsidR="00CE6EB0" w:rsidRPr="001C3F11" w:rsidRDefault="00507C1C">
      <w:pPr>
        <w:rPr>
          <w:color w:val="000000" w:themeColor="text1"/>
        </w:rPr>
      </w:pPr>
      <w:r w:rsidRPr="001C3F11">
        <w:rPr>
          <w:color w:val="000000" w:themeColor="text1"/>
        </w:rPr>
        <w:t>These Terms &amp; Conditions form the contract between Big D® Charters and the Client. By making a Booking, confirming availability, paying any deposit, paying any balance, paying the full Charter Fee, paying through any paymen</w:t>
      </w:r>
      <w:r w:rsidRPr="001C3F11">
        <w:rPr>
          <w:color w:val="000000" w:themeColor="text1"/>
        </w:rPr>
        <w:t>t link, paying by card, bank transfer, Revolut, cash, or any other method, or by boarding or using the Boat, the Client expressly accepts and agrees to be bound by these Terms &amp; Conditions.</w:t>
      </w:r>
    </w:p>
    <w:p w:rsidR="00CE6EB0" w:rsidRPr="008B1608" w:rsidRDefault="00507C1C">
      <w:pPr>
        <w:rPr>
          <w:rFonts w:ascii="Calibri" w:hAnsi="Calibri" w:cs="Calibri"/>
          <w:color w:val="000000" w:themeColor="text1"/>
          <w:sz w:val="24"/>
          <w:szCs w:val="24"/>
        </w:rPr>
      </w:pPr>
      <w:r w:rsidRPr="008B1608">
        <w:rPr>
          <w:rFonts w:ascii="Calibri" w:hAnsi="Calibri" w:cs="Calibri"/>
          <w:b/>
          <w:color w:val="000000" w:themeColor="text1"/>
          <w:sz w:val="24"/>
          <w:szCs w:val="24"/>
        </w:rPr>
        <w:t>2.2 Payment is treated as signature / electronic acceptance</w:t>
      </w:r>
    </w:p>
    <w:p w:rsidR="00CE6EB0" w:rsidRPr="001C3F11" w:rsidRDefault="00507C1C">
      <w:pPr>
        <w:rPr>
          <w:color w:val="000000" w:themeColor="text1"/>
        </w:rPr>
      </w:pPr>
      <w:r w:rsidRPr="001C3F11">
        <w:rPr>
          <w:color w:val="000000" w:themeColor="text1"/>
        </w:rPr>
        <w:t>To the</w:t>
      </w:r>
      <w:r w:rsidRPr="001C3F11">
        <w:rPr>
          <w:color w:val="000000" w:themeColor="text1"/>
        </w:rPr>
        <w:t xml:space="preserve"> fullest extent permitted by applicable law, payment of any amount connected with the Booking constitutes the Client’s electronic acceptance of these Terms &amp; Conditions and has the same practical effect as signing a written charter agreement, provided that</w:t>
      </w:r>
      <w:r w:rsidRPr="001C3F11">
        <w:rPr>
          <w:color w:val="000000" w:themeColor="text1"/>
        </w:rPr>
        <w:t xml:space="preserve"> these Terms &amp; Conditions were made available to the Client before or at the time of payment.</w:t>
      </w:r>
    </w:p>
    <w:p w:rsidR="00CE6EB0" w:rsidRPr="008B1608" w:rsidRDefault="00507C1C">
      <w:pPr>
        <w:rPr>
          <w:rFonts w:ascii="Calibri" w:hAnsi="Calibri" w:cs="Calibri"/>
          <w:color w:val="000000" w:themeColor="text1"/>
          <w:sz w:val="24"/>
          <w:szCs w:val="24"/>
        </w:rPr>
      </w:pPr>
      <w:r w:rsidRPr="008B1608">
        <w:rPr>
          <w:rFonts w:ascii="Calibri" w:hAnsi="Calibri" w:cs="Calibri"/>
          <w:b/>
          <w:color w:val="000000" w:themeColor="text1"/>
          <w:sz w:val="24"/>
          <w:szCs w:val="24"/>
        </w:rPr>
        <w:t>2.3 Availability of terms</w:t>
      </w:r>
    </w:p>
    <w:p w:rsidR="00CE6EB0" w:rsidRPr="001C3F11" w:rsidRDefault="00507C1C">
      <w:pPr>
        <w:rPr>
          <w:color w:val="000000" w:themeColor="text1"/>
        </w:rPr>
      </w:pPr>
      <w:r w:rsidRPr="001C3F11">
        <w:rPr>
          <w:color w:val="000000" w:themeColor="text1"/>
        </w:rPr>
        <w:t>Big D® Charters may provide these Terms &amp; Conditions by PDF, printed copy, website link, email, WhatsApp, invoice, payment link, booking</w:t>
      </w:r>
      <w:r w:rsidRPr="001C3F11">
        <w:rPr>
          <w:color w:val="000000" w:themeColor="text1"/>
        </w:rPr>
        <w:t xml:space="preserve"> confirmation, or other written communication. The Client is responsible for reading them before paying or boarding. If the Client does not agree, the Client must not pay, confirm the Booking, board, or use the Boat.</w:t>
      </w:r>
    </w:p>
    <w:p w:rsidR="00CE6EB0" w:rsidRPr="008B1608" w:rsidRDefault="00507C1C">
      <w:pPr>
        <w:rPr>
          <w:rFonts w:ascii="Calibri" w:hAnsi="Calibri" w:cs="Calibri"/>
          <w:color w:val="000000" w:themeColor="text1"/>
          <w:sz w:val="24"/>
          <w:szCs w:val="24"/>
        </w:rPr>
      </w:pPr>
      <w:r w:rsidRPr="008B1608">
        <w:rPr>
          <w:rFonts w:ascii="Calibri" w:hAnsi="Calibri" w:cs="Calibri"/>
          <w:b/>
          <w:color w:val="000000" w:themeColor="text1"/>
          <w:sz w:val="24"/>
          <w:szCs w:val="24"/>
        </w:rPr>
        <w:t>2.4 Priority of written terms</w:t>
      </w:r>
    </w:p>
    <w:p w:rsidR="00CE6EB0" w:rsidRPr="001C3F11" w:rsidRDefault="00507C1C">
      <w:pPr>
        <w:rPr>
          <w:color w:val="000000" w:themeColor="text1"/>
        </w:rPr>
      </w:pPr>
      <w:r w:rsidRPr="001C3F11">
        <w:rPr>
          <w:color w:val="000000" w:themeColor="text1"/>
        </w:rPr>
        <w:t xml:space="preserve">If there </w:t>
      </w:r>
      <w:r w:rsidRPr="001C3F11">
        <w:rPr>
          <w:color w:val="000000" w:themeColor="text1"/>
        </w:rPr>
        <w:t>is any inconsistency between informal messages, advertisements, website text, brochures, or verbal statements and these Terms &amp; Conditions, these Terms &amp; Conditions prevail unless Big D® Charters expressly agrees otherwise in writing.</w:t>
      </w:r>
    </w:p>
    <w:p w:rsidR="00CE6EB0" w:rsidRPr="008B1608" w:rsidRDefault="00507C1C">
      <w:pPr>
        <w:rPr>
          <w:rFonts w:ascii="Calibri" w:hAnsi="Calibri" w:cs="Calibri"/>
          <w:color w:val="000000" w:themeColor="text1"/>
          <w:sz w:val="24"/>
          <w:szCs w:val="24"/>
        </w:rPr>
      </w:pPr>
      <w:r w:rsidRPr="008B1608">
        <w:rPr>
          <w:rFonts w:ascii="Calibri" w:hAnsi="Calibri" w:cs="Calibri"/>
          <w:b/>
          <w:color w:val="000000" w:themeColor="text1"/>
          <w:sz w:val="24"/>
          <w:szCs w:val="24"/>
        </w:rPr>
        <w:t>2.5 Changes</w:t>
      </w:r>
    </w:p>
    <w:p w:rsidR="00CE6EB0" w:rsidRPr="001C3F11" w:rsidRDefault="00507C1C">
      <w:pPr>
        <w:rPr>
          <w:color w:val="000000" w:themeColor="text1"/>
        </w:rPr>
      </w:pPr>
      <w:r w:rsidRPr="001C3F11">
        <w:rPr>
          <w:color w:val="000000" w:themeColor="text1"/>
        </w:rPr>
        <w:t>Big D® Ch</w:t>
      </w:r>
      <w:r w:rsidRPr="001C3F11">
        <w:rPr>
          <w:color w:val="000000" w:themeColor="text1"/>
        </w:rPr>
        <w:t>arters may update these Terms &amp; Conditions from time to time. The version sent, linked, published, or otherwise made available to the Client at the time of Booking or payment applies to that Booking.</w:t>
      </w:r>
    </w:p>
    <w:p w:rsidR="00CE6EB0" w:rsidRPr="001C3F11" w:rsidRDefault="00507C1C">
      <w:pPr>
        <w:pStyle w:val="Heading1"/>
        <w:rPr>
          <w:color w:val="000000" w:themeColor="text1"/>
        </w:rPr>
      </w:pPr>
      <w:r w:rsidRPr="001C3F11">
        <w:rPr>
          <w:color w:val="000000" w:themeColor="text1"/>
        </w:rPr>
        <w:lastRenderedPageBreak/>
        <w:t>3. Nature of the Service</w:t>
      </w:r>
    </w:p>
    <w:p w:rsidR="00CE6EB0" w:rsidRPr="001C3F11" w:rsidRDefault="00507C1C">
      <w:pPr>
        <w:rPr>
          <w:color w:val="000000" w:themeColor="text1"/>
        </w:rPr>
      </w:pPr>
      <w:r w:rsidRPr="001C3F11">
        <w:rPr>
          <w:color w:val="000000" w:themeColor="text1"/>
        </w:rPr>
        <w:t>Big D® Charters provides direct</w:t>
      </w:r>
      <w:r w:rsidRPr="001C3F11">
        <w:rPr>
          <w:color w:val="000000" w:themeColor="text1"/>
        </w:rPr>
        <w:t xml:space="preserve"> boat charter/rental services. Big D® Charters is not acting as an online marketplace, intermediary, or agent between third parties.</w:t>
      </w:r>
    </w:p>
    <w:p w:rsidR="00CE6EB0" w:rsidRPr="001C3F11" w:rsidRDefault="00507C1C">
      <w:pPr>
        <w:rPr>
          <w:color w:val="000000" w:themeColor="text1"/>
        </w:rPr>
      </w:pPr>
      <w:r w:rsidRPr="001C3F11">
        <w:rPr>
          <w:color w:val="000000" w:themeColor="text1"/>
        </w:rPr>
        <w:t>The Client acknowledges that the Booking is for the use of the Boat and related services described in the booking confirmat</w:t>
      </w:r>
      <w:r w:rsidRPr="001C3F11">
        <w:rPr>
          <w:color w:val="000000" w:themeColor="text1"/>
        </w:rPr>
        <w:t>ion, advertisement, invoice, or written communication from Big D® Charters.</w:t>
      </w:r>
    </w:p>
    <w:p w:rsidR="00CE6EB0" w:rsidRPr="001C3F11" w:rsidRDefault="00507C1C">
      <w:pPr>
        <w:pStyle w:val="Heading1"/>
        <w:rPr>
          <w:color w:val="000000" w:themeColor="text1"/>
        </w:rPr>
      </w:pPr>
      <w:r w:rsidRPr="001C3F11">
        <w:rPr>
          <w:color w:val="000000" w:themeColor="text1"/>
        </w:rPr>
        <w:t>4. Client Eligibility and Responsibilities</w:t>
      </w:r>
    </w:p>
    <w:p w:rsidR="00CE6EB0" w:rsidRPr="001C3F11" w:rsidRDefault="00507C1C">
      <w:pPr>
        <w:rPr>
          <w:color w:val="000000" w:themeColor="text1"/>
        </w:rPr>
      </w:pPr>
      <w:r w:rsidRPr="001C3F11">
        <w:rPr>
          <w:color w:val="000000" w:themeColor="text1"/>
        </w:rPr>
        <w:t>The Client confirms that they are legally capable of entering into the Booking and, where applicable, that they have the necessary licenc</w:t>
      </w:r>
      <w:r w:rsidRPr="001C3F11">
        <w:rPr>
          <w:color w:val="000000" w:themeColor="text1"/>
        </w:rPr>
        <w:t>e, nautical competence, experience, and physical ability to operate or supervise use of the Boat safely.</w:t>
      </w:r>
    </w:p>
    <w:p w:rsidR="00CE6EB0" w:rsidRPr="001C3F11" w:rsidRDefault="00507C1C">
      <w:pPr>
        <w:rPr>
          <w:color w:val="000000" w:themeColor="text1"/>
        </w:rPr>
      </w:pPr>
      <w:r w:rsidRPr="001C3F11">
        <w:rPr>
          <w:color w:val="000000" w:themeColor="text1"/>
        </w:rPr>
        <w:t>The Client is responsible for all persons on board and must ensure that all passengers follow the instructions, safety rules, navigation limits, and la</w:t>
      </w:r>
      <w:r w:rsidRPr="001C3F11">
        <w:rPr>
          <w:color w:val="000000" w:themeColor="text1"/>
        </w:rPr>
        <w:t>wful directions given by Big D® Charters.</w:t>
      </w:r>
    </w:p>
    <w:p w:rsidR="00CE6EB0" w:rsidRPr="001C3F11" w:rsidRDefault="00507C1C">
      <w:pPr>
        <w:pStyle w:val="ListBullet"/>
        <w:rPr>
          <w:color w:val="000000" w:themeColor="text1"/>
        </w:rPr>
      </w:pPr>
      <w:r w:rsidRPr="001C3F11">
        <w:rPr>
          <w:color w:val="000000" w:themeColor="text1"/>
        </w:rPr>
        <w:t>The Client must provide accurate personal details, contact details, identification, and licence information when requested.</w:t>
      </w:r>
    </w:p>
    <w:p w:rsidR="00CE6EB0" w:rsidRPr="001C3F11" w:rsidRDefault="00507C1C">
      <w:pPr>
        <w:pStyle w:val="ListBullet"/>
        <w:rPr>
          <w:color w:val="000000" w:themeColor="text1"/>
        </w:rPr>
      </w:pPr>
      <w:r w:rsidRPr="001C3F11">
        <w:rPr>
          <w:color w:val="000000" w:themeColor="text1"/>
        </w:rPr>
        <w:t>The Client must not exceed the permitted number of persons on board.</w:t>
      </w:r>
    </w:p>
    <w:p w:rsidR="00CE6EB0" w:rsidRPr="001C3F11" w:rsidRDefault="00507C1C">
      <w:pPr>
        <w:pStyle w:val="ListBullet"/>
        <w:rPr>
          <w:color w:val="000000" w:themeColor="text1"/>
        </w:rPr>
      </w:pPr>
      <w:r w:rsidRPr="001C3F11">
        <w:rPr>
          <w:color w:val="000000" w:themeColor="text1"/>
        </w:rPr>
        <w:t>The Client must not u</w:t>
      </w:r>
      <w:r w:rsidRPr="001C3F11">
        <w:rPr>
          <w:color w:val="000000" w:themeColor="text1"/>
        </w:rPr>
        <w:t>se the Boat for commercial transport, racing, towing, fishing for commercial purposes, unlawful activity, or any activity not expressly authorised by Big D® Charters.</w:t>
      </w:r>
    </w:p>
    <w:p w:rsidR="00CE6EB0" w:rsidRPr="001C3F11" w:rsidRDefault="00507C1C">
      <w:pPr>
        <w:pStyle w:val="ListBullet"/>
        <w:rPr>
          <w:color w:val="000000" w:themeColor="text1"/>
        </w:rPr>
      </w:pPr>
      <w:r w:rsidRPr="001C3F11">
        <w:rPr>
          <w:color w:val="000000" w:themeColor="text1"/>
        </w:rPr>
        <w:t>The Client must comply with Maltese law, maritime rules, navigation restrictions, speed l</w:t>
      </w:r>
      <w:r w:rsidRPr="001C3F11">
        <w:rPr>
          <w:color w:val="000000" w:themeColor="text1"/>
        </w:rPr>
        <w:t>imits, anchoring restrictions, safety requirements, and any route/geofence instructions given by Big D® Charters.</w:t>
      </w:r>
    </w:p>
    <w:p w:rsidR="00CE6EB0" w:rsidRPr="001C3F11" w:rsidRDefault="00507C1C">
      <w:pPr>
        <w:pStyle w:val="ListBullet"/>
        <w:rPr>
          <w:color w:val="000000" w:themeColor="text1"/>
        </w:rPr>
      </w:pPr>
      <w:r w:rsidRPr="001C3F11">
        <w:rPr>
          <w:color w:val="000000" w:themeColor="text1"/>
        </w:rPr>
        <w:t>The Client must not operate the Boat under the influence of alcohol, drugs, medication, or fatigue that may affect safe operation.</w:t>
      </w:r>
    </w:p>
    <w:p w:rsidR="00CE6EB0" w:rsidRPr="001C3F11" w:rsidRDefault="00507C1C">
      <w:pPr>
        <w:pStyle w:val="ListBullet"/>
        <w:rPr>
          <w:color w:val="000000" w:themeColor="text1"/>
        </w:rPr>
      </w:pPr>
      <w:r w:rsidRPr="001C3F11">
        <w:rPr>
          <w:color w:val="000000" w:themeColor="text1"/>
        </w:rPr>
        <w:t xml:space="preserve">The Client </w:t>
      </w:r>
      <w:r w:rsidRPr="001C3F11">
        <w:rPr>
          <w:color w:val="000000" w:themeColor="text1"/>
        </w:rPr>
        <w:t>must immediately report any accident, grounding, collision, mechanical issue, injury, lost equipment, police/authority intervention, or other incident.</w:t>
      </w:r>
    </w:p>
    <w:p w:rsidR="00CE6EB0" w:rsidRPr="001C3F11" w:rsidRDefault="00507C1C">
      <w:pPr>
        <w:pStyle w:val="Heading1"/>
        <w:rPr>
          <w:color w:val="000000" w:themeColor="text1"/>
        </w:rPr>
      </w:pPr>
      <w:r w:rsidRPr="001C3F11">
        <w:rPr>
          <w:color w:val="000000" w:themeColor="text1"/>
        </w:rPr>
        <w:t>5. Booking, Charter Fee and Security Deposit</w:t>
      </w:r>
    </w:p>
    <w:p w:rsidR="00CE6EB0" w:rsidRPr="001C3F11" w:rsidRDefault="00507C1C">
      <w:pPr>
        <w:rPr>
          <w:color w:val="000000" w:themeColor="text1"/>
        </w:rPr>
      </w:pPr>
      <w:r w:rsidRPr="001C3F11">
        <w:rPr>
          <w:color w:val="000000" w:themeColor="text1"/>
        </w:rPr>
        <w:t>A Booking is not confirmed until Big D® Charters accepts th</w:t>
      </w:r>
      <w:r w:rsidRPr="001C3F11">
        <w:rPr>
          <w:color w:val="000000" w:themeColor="text1"/>
        </w:rPr>
        <w:t>e Booking and the required payment or deposit has been received, unless Big D® Charters expressly agrees otherwise in writing.</w:t>
      </w:r>
    </w:p>
    <w:p w:rsidR="00CE6EB0" w:rsidRPr="001C3F11" w:rsidRDefault="00507C1C">
      <w:pPr>
        <w:rPr>
          <w:color w:val="000000" w:themeColor="text1"/>
        </w:rPr>
      </w:pPr>
      <w:r w:rsidRPr="001C3F11">
        <w:rPr>
          <w:color w:val="000000" w:themeColor="text1"/>
        </w:rPr>
        <w:t>The Charter Fee is payable in advance unless otherwise agreed. Any balance must be paid before departure. Big D® Charters may ref</w:t>
      </w:r>
      <w:r w:rsidRPr="001C3F11">
        <w:rPr>
          <w:color w:val="000000" w:themeColor="text1"/>
        </w:rPr>
        <w:t>use boarding or cancel the Booking if payment is not received on time.</w:t>
      </w:r>
    </w:p>
    <w:p w:rsidR="00CE6EB0" w:rsidRPr="001C3F11" w:rsidRDefault="00507C1C">
      <w:pPr>
        <w:rPr>
          <w:color w:val="000000" w:themeColor="text1"/>
        </w:rPr>
      </w:pPr>
      <w:r w:rsidRPr="001C3F11">
        <w:rPr>
          <w:color w:val="000000" w:themeColor="text1"/>
        </w:rPr>
        <w:t>Big D® Charters may require a Security Deposit. The Security Deposit is not a limit of the Client’s liability. If the actual loss, damage, recovery cost, penalty, fine, missing equipmen</w:t>
      </w:r>
      <w:r w:rsidRPr="001C3F11">
        <w:rPr>
          <w:color w:val="000000" w:themeColor="text1"/>
        </w:rPr>
        <w:t>t, or other amount due exceeds the Security Deposit, the Client remains liable for the difference.</w:t>
      </w:r>
    </w:p>
    <w:p w:rsidR="00CE6EB0" w:rsidRPr="001C3F11" w:rsidRDefault="00507C1C">
      <w:pPr>
        <w:rPr>
          <w:color w:val="000000" w:themeColor="text1"/>
        </w:rPr>
      </w:pPr>
      <w:r w:rsidRPr="001C3F11">
        <w:rPr>
          <w:color w:val="000000" w:themeColor="text1"/>
        </w:rPr>
        <w:t>Big D® Charters may deduct from the Security Deposit any amount reasonably due for damage, loss, missing equipment, late return, unpaid fuel, excessive clean</w:t>
      </w:r>
      <w:r w:rsidRPr="001C3F11">
        <w:rPr>
          <w:color w:val="000000" w:themeColor="text1"/>
        </w:rPr>
        <w:t>ing, Recovery, fines, penalties, or breach of these Terms &amp; Conditions. Big D® Charters will provide a reasonable explanation and, where practical, supporting evidence such as photos, videos, GPS records, incident notes, repair estimates, invoices, or mech</w:t>
      </w:r>
      <w:r w:rsidRPr="001C3F11">
        <w:rPr>
          <w:color w:val="000000" w:themeColor="text1"/>
        </w:rPr>
        <w:t>anic reports.</w:t>
      </w:r>
    </w:p>
    <w:p w:rsidR="00CE6EB0" w:rsidRPr="001C3F11" w:rsidRDefault="00507C1C">
      <w:pPr>
        <w:rPr>
          <w:color w:val="000000" w:themeColor="text1"/>
        </w:rPr>
      </w:pPr>
      <w:r w:rsidRPr="001C3F11">
        <w:rPr>
          <w:color w:val="000000" w:themeColor="text1"/>
        </w:rPr>
        <w:t>If no deductions are due, the Security Deposit will be returned within a reasonable time after the Boat has been checked, subject to banking/payment-provider processing times.</w:t>
      </w:r>
    </w:p>
    <w:p w:rsidR="00CE6EB0" w:rsidRPr="001C3F11" w:rsidRDefault="00507C1C">
      <w:pPr>
        <w:pStyle w:val="Heading1"/>
        <w:rPr>
          <w:color w:val="000000" w:themeColor="text1"/>
        </w:rPr>
      </w:pPr>
      <w:r w:rsidRPr="001C3F11">
        <w:rPr>
          <w:color w:val="000000" w:themeColor="text1"/>
        </w:rPr>
        <w:t>6. Check-In, Briefing and Condition of the Boat</w:t>
      </w:r>
    </w:p>
    <w:p w:rsidR="00CE6EB0" w:rsidRPr="001C3F11" w:rsidRDefault="00507C1C">
      <w:pPr>
        <w:rPr>
          <w:color w:val="000000" w:themeColor="text1"/>
        </w:rPr>
      </w:pPr>
      <w:r w:rsidRPr="001C3F11">
        <w:rPr>
          <w:color w:val="000000" w:themeColor="text1"/>
        </w:rPr>
        <w:t xml:space="preserve">Before departure, </w:t>
      </w:r>
      <w:r w:rsidRPr="001C3F11">
        <w:rPr>
          <w:color w:val="000000" w:themeColor="text1"/>
        </w:rPr>
        <w:t>Big D® Charters may give a safety briefing, explain the use of the Boat, and inspect or record the Boat’s condition. The Client must pay attention to the briefing and ask questions before departure if anything is unclear.</w:t>
      </w:r>
    </w:p>
    <w:p w:rsidR="00CE6EB0" w:rsidRPr="001C3F11" w:rsidRDefault="00507C1C">
      <w:pPr>
        <w:rPr>
          <w:color w:val="000000" w:themeColor="text1"/>
        </w:rPr>
      </w:pPr>
      <w:r w:rsidRPr="001C3F11">
        <w:rPr>
          <w:color w:val="000000" w:themeColor="text1"/>
        </w:rPr>
        <w:t>By departing with the Boat, the Cl</w:t>
      </w:r>
      <w:r w:rsidRPr="001C3F11">
        <w:rPr>
          <w:color w:val="000000" w:themeColor="text1"/>
        </w:rPr>
        <w:t>ient confirms that they have had the opportunity to inspect the Boat, that the Boat and equipment appear suitable for the intended Charter, and that any visible issue has been reported to Big D® Charters before departure.</w:t>
      </w:r>
    </w:p>
    <w:p w:rsidR="00CE6EB0" w:rsidRPr="001C3F11" w:rsidRDefault="00507C1C">
      <w:pPr>
        <w:rPr>
          <w:color w:val="000000" w:themeColor="text1"/>
        </w:rPr>
      </w:pPr>
      <w:r w:rsidRPr="001C3F11">
        <w:rPr>
          <w:color w:val="000000" w:themeColor="text1"/>
        </w:rPr>
        <w:t xml:space="preserve">Big D® Charters may use photos, </w:t>
      </w:r>
      <w:r w:rsidRPr="001C3F11">
        <w:rPr>
          <w:color w:val="000000" w:themeColor="text1"/>
        </w:rPr>
        <w:t>videos, checklists, GPS/tracking data, fuel readings, engine data, and staff notes as evidence of the Boat’s condition before, during, and after the Charter.</w:t>
      </w:r>
    </w:p>
    <w:p w:rsidR="00CE6EB0" w:rsidRPr="001C3F11" w:rsidRDefault="00507C1C">
      <w:pPr>
        <w:pStyle w:val="Heading1"/>
        <w:rPr>
          <w:color w:val="000000" w:themeColor="text1"/>
        </w:rPr>
      </w:pPr>
      <w:r w:rsidRPr="001C3F11">
        <w:rPr>
          <w:color w:val="000000" w:themeColor="text1"/>
        </w:rPr>
        <w:t>7. Use of the Boat and Prohibited Conduct</w:t>
      </w:r>
    </w:p>
    <w:p w:rsidR="00CE6EB0" w:rsidRPr="001C3F11" w:rsidRDefault="00507C1C">
      <w:pPr>
        <w:rPr>
          <w:color w:val="000000" w:themeColor="text1"/>
        </w:rPr>
      </w:pPr>
      <w:r w:rsidRPr="001C3F11">
        <w:rPr>
          <w:color w:val="000000" w:themeColor="text1"/>
        </w:rPr>
        <w:t>The Client must use the Boat prudently, responsibly, and</w:t>
      </w:r>
      <w:r w:rsidRPr="001C3F11">
        <w:rPr>
          <w:color w:val="000000" w:themeColor="text1"/>
        </w:rPr>
        <w:t xml:space="preserve"> only within the permitted navigation area and weather conditions. The Client must follow all instructions given by Big D® Charters, including route limits, anchoring rules, speed restrictions, engine operation rules, fuel instructions, docking instruction</w:t>
      </w:r>
      <w:r w:rsidRPr="001C3F11">
        <w:rPr>
          <w:color w:val="000000" w:themeColor="text1"/>
        </w:rPr>
        <w:t>s, and safety procedures.</w:t>
      </w:r>
    </w:p>
    <w:p w:rsidR="00CE6EB0" w:rsidRPr="001C3F11" w:rsidRDefault="00507C1C">
      <w:pPr>
        <w:pStyle w:val="ListBullet"/>
        <w:rPr>
          <w:color w:val="000000" w:themeColor="text1"/>
        </w:rPr>
      </w:pPr>
      <w:r w:rsidRPr="001C3F11">
        <w:rPr>
          <w:color w:val="000000" w:themeColor="text1"/>
        </w:rPr>
        <w:t>The Boat must not be taken outside the agreed area without written permission.</w:t>
      </w:r>
    </w:p>
    <w:p w:rsidR="00CE6EB0" w:rsidRPr="001C3F11" w:rsidRDefault="00507C1C">
      <w:pPr>
        <w:pStyle w:val="ListBullet"/>
        <w:rPr>
          <w:color w:val="000000" w:themeColor="text1"/>
        </w:rPr>
      </w:pPr>
      <w:r w:rsidRPr="001C3F11">
        <w:rPr>
          <w:color w:val="000000" w:themeColor="text1"/>
        </w:rPr>
        <w:lastRenderedPageBreak/>
        <w:t>The Boat must not be intentionally beached, grounded, driven onto rocks, driven into shallow water, tied to unsafe points, overloaded, or used in unsaf</w:t>
      </w:r>
      <w:r w:rsidRPr="001C3F11">
        <w:rPr>
          <w:color w:val="000000" w:themeColor="text1"/>
        </w:rPr>
        <w:t>e sea/weather conditions.</w:t>
      </w:r>
    </w:p>
    <w:p w:rsidR="00CE6EB0" w:rsidRPr="001C3F11" w:rsidRDefault="00507C1C">
      <w:pPr>
        <w:pStyle w:val="ListBullet"/>
        <w:rPr>
          <w:color w:val="000000" w:themeColor="text1"/>
        </w:rPr>
      </w:pPr>
      <w:r w:rsidRPr="001C3F11">
        <w:rPr>
          <w:color w:val="000000" w:themeColor="text1"/>
        </w:rPr>
        <w:t>The Client must keep a safe distance from swimmers, other boats, rocks, shorelines, pontoons, fish farms, restricted areas, and maritime traffic.</w:t>
      </w:r>
    </w:p>
    <w:p w:rsidR="00CE6EB0" w:rsidRPr="001C3F11" w:rsidRDefault="00507C1C">
      <w:pPr>
        <w:pStyle w:val="ListBullet"/>
        <w:rPr>
          <w:color w:val="000000" w:themeColor="text1"/>
        </w:rPr>
      </w:pPr>
      <w:r w:rsidRPr="001C3F11">
        <w:rPr>
          <w:color w:val="000000" w:themeColor="text1"/>
        </w:rPr>
        <w:t>The Client must not tamper with the engine, fuel system, electronics, safety equipme</w:t>
      </w:r>
      <w:r w:rsidRPr="001C3F11">
        <w:rPr>
          <w:color w:val="000000" w:themeColor="text1"/>
        </w:rPr>
        <w:t>nt, tracking system, propeller, steering, or any mechanical/electrical component except as instructed by Big D® Charters.</w:t>
      </w:r>
    </w:p>
    <w:p w:rsidR="00C73945" w:rsidRDefault="00507C1C" w:rsidP="006D081E">
      <w:pPr>
        <w:pStyle w:val="ListBullet"/>
        <w:numPr>
          <w:ilvl w:val="0"/>
          <w:numId w:val="0"/>
        </w:numPr>
        <w:ind w:left="360" w:hanging="360"/>
        <w:rPr>
          <w:color w:val="000000" w:themeColor="text1"/>
        </w:rPr>
      </w:pPr>
      <w:r w:rsidRPr="00C73945">
        <w:rPr>
          <w:color w:val="000000" w:themeColor="text1"/>
        </w:rPr>
        <w:t>The Client must return the Boat on time, with all equipment, in the same condition as delivered</w:t>
      </w:r>
      <w:r w:rsidR="00C73945">
        <w:rPr>
          <w:color w:val="000000" w:themeColor="text1"/>
        </w:rPr>
        <w:t>.</w:t>
      </w:r>
    </w:p>
    <w:p w:rsidR="00C73945" w:rsidRPr="00C73945" w:rsidRDefault="00C73945" w:rsidP="006D081E">
      <w:pPr>
        <w:pStyle w:val="ListBullet"/>
        <w:numPr>
          <w:ilvl w:val="0"/>
          <w:numId w:val="0"/>
        </w:numPr>
        <w:ind w:left="360" w:hanging="360"/>
        <w:rPr>
          <w:rFonts w:cs="Arial"/>
          <w:color w:val="000000" w:themeColor="text1"/>
          <w:szCs w:val="19"/>
        </w:rPr>
      </w:pPr>
    </w:p>
    <w:p w:rsidR="00C73945" w:rsidRPr="00C73945" w:rsidRDefault="00C73945" w:rsidP="00C73945">
      <w:pPr>
        <w:pStyle w:val="Heading3"/>
        <w:rPr>
          <w:rFonts w:eastAsia="Times New Roman" w:cstheme="majorHAnsi"/>
          <w:color w:val="000000" w:themeColor="text1"/>
          <w:sz w:val="24"/>
          <w:szCs w:val="24"/>
        </w:rPr>
      </w:pPr>
      <w:r>
        <w:rPr>
          <w:rFonts w:cstheme="majorHAnsi"/>
          <w:color w:val="000000" w:themeColor="text1"/>
          <w:sz w:val="24"/>
          <w:szCs w:val="24"/>
        </w:rPr>
        <w:t xml:space="preserve">8. </w:t>
      </w:r>
      <w:r w:rsidRPr="00C73945">
        <w:rPr>
          <w:rFonts w:cstheme="majorHAnsi"/>
          <w:color w:val="000000" w:themeColor="text1"/>
          <w:sz w:val="24"/>
          <w:szCs w:val="24"/>
        </w:rPr>
        <w:t>Third-Party Boats and Commission</w:t>
      </w:r>
    </w:p>
    <w:p w:rsidR="00C73945" w:rsidRPr="00C73945" w:rsidRDefault="00C73945" w:rsidP="00C73945">
      <w:pPr>
        <w:pStyle w:val="NormalWeb"/>
        <w:rPr>
          <w:rFonts w:ascii="Arial" w:hAnsi="Arial" w:cs="Arial"/>
          <w:color w:val="000000" w:themeColor="text1"/>
          <w:sz w:val="19"/>
          <w:szCs w:val="19"/>
        </w:rPr>
      </w:pPr>
      <w:r w:rsidRPr="00C73945">
        <w:rPr>
          <w:rFonts w:ascii="Arial" w:hAnsi="Arial" w:cs="Arial"/>
          <w:color w:val="000000" w:themeColor="text1"/>
          <w:sz w:val="19"/>
          <w:szCs w:val="19"/>
        </w:rPr>
        <w:t xml:space="preserve">Where necessary and where </w:t>
      </w:r>
      <w:proofErr w:type="spellStart"/>
      <w:r w:rsidRPr="00C73945">
        <w:rPr>
          <w:rFonts w:ascii="Arial" w:hAnsi="Arial" w:cs="Arial"/>
          <w:color w:val="000000" w:themeColor="text1"/>
          <w:sz w:val="19"/>
          <w:szCs w:val="19"/>
        </w:rPr>
        <w:t>authorised</w:t>
      </w:r>
      <w:proofErr w:type="spellEnd"/>
      <w:r w:rsidRPr="00C73945">
        <w:rPr>
          <w:rFonts w:ascii="Arial" w:hAnsi="Arial" w:cs="Arial"/>
          <w:color w:val="000000" w:themeColor="text1"/>
          <w:sz w:val="19"/>
          <w:szCs w:val="19"/>
        </w:rPr>
        <w:t>, Big D® Charters may provide the charter service using an equivalent or similar boat supplied, owned, managed, or operated by a third party.</w:t>
      </w:r>
    </w:p>
    <w:p w:rsidR="00C73945" w:rsidRPr="00C73945" w:rsidRDefault="00C73945" w:rsidP="00C73945">
      <w:pPr>
        <w:pStyle w:val="NormalWeb"/>
        <w:rPr>
          <w:rFonts w:ascii="Arial" w:hAnsi="Arial" w:cs="Arial"/>
          <w:color w:val="000000" w:themeColor="text1"/>
          <w:sz w:val="19"/>
          <w:szCs w:val="19"/>
        </w:rPr>
      </w:pPr>
      <w:r w:rsidRPr="00C73945">
        <w:rPr>
          <w:rFonts w:ascii="Arial" w:hAnsi="Arial" w:cs="Arial"/>
          <w:color w:val="000000" w:themeColor="text1"/>
          <w:sz w:val="19"/>
          <w:szCs w:val="19"/>
        </w:rPr>
        <w:t>The Client accepts that Big D® Charters may receive a commission, management fee, or coordination fee from such arrangement. This commission is already included in the total charter price paid by the Client and does not increase the agreed price, unless expressly stated otherwise.</w:t>
      </w:r>
    </w:p>
    <w:p w:rsidR="00C73945" w:rsidRDefault="00C73945" w:rsidP="00C73945">
      <w:pPr>
        <w:pStyle w:val="NormalWeb"/>
        <w:rPr>
          <w:rFonts w:ascii="Arial" w:hAnsi="Arial" w:cs="Arial"/>
          <w:color w:val="000000" w:themeColor="text1"/>
          <w:sz w:val="19"/>
          <w:szCs w:val="19"/>
        </w:rPr>
      </w:pPr>
      <w:r w:rsidRPr="00C73945">
        <w:rPr>
          <w:rFonts w:ascii="Arial" w:hAnsi="Arial" w:cs="Arial"/>
          <w:color w:val="000000" w:themeColor="text1"/>
          <w:sz w:val="19"/>
          <w:szCs w:val="19"/>
        </w:rPr>
        <w:t>The Client shall not be entitled to cancel or claim a refund solely because an equivalent third-party boat is used, provided that the boat is suitable for the booked service. Payment of the deposit, balance, or full charter price constitutes acceptance of this clause and of these Terms &amp; Conditions.</w:t>
      </w:r>
    </w:p>
    <w:p w:rsidR="00C73945" w:rsidRDefault="00C73945" w:rsidP="00C73945">
      <w:pPr>
        <w:spacing w:line="210" w:lineRule="atLeast"/>
        <w:textAlignment w:val="baseline"/>
        <w:rPr>
          <w:rFonts w:cs="Arial"/>
          <w:color w:val="000000" w:themeColor="text1"/>
          <w:szCs w:val="19"/>
          <w:lang w:val="en-GB" w:eastAsia="it-IT"/>
        </w:rPr>
      </w:pPr>
      <w:r w:rsidRPr="00C73945">
        <w:rPr>
          <w:rFonts w:cs="Arial"/>
          <w:color w:val="000000" w:themeColor="text1"/>
          <w:szCs w:val="19"/>
          <w:lang w:val="en-GB" w:eastAsia="it-IT"/>
        </w:rPr>
        <w:t>Upon receipt of payment from the Renter, Big D® Charters will pay the Owner Price to the Professional Owner, after deduction, as from the first payment, of (</w:t>
      </w:r>
      <w:proofErr w:type="spellStart"/>
      <w:r w:rsidRPr="00C73945">
        <w:rPr>
          <w:rFonts w:cs="Arial"/>
          <w:color w:val="000000" w:themeColor="text1"/>
          <w:szCs w:val="19"/>
          <w:lang w:val="en-GB" w:eastAsia="it-IT"/>
        </w:rPr>
        <w:t>i</w:t>
      </w:r>
      <w:proofErr w:type="spellEnd"/>
      <w:r w:rsidRPr="00C73945">
        <w:rPr>
          <w:rFonts w:cs="Arial"/>
          <w:color w:val="000000" w:themeColor="text1"/>
          <w:szCs w:val="19"/>
          <w:lang w:val="en-GB" w:eastAsia="it-IT"/>
        </w:rPr>
        <w:t xml:space="preserve">) Big D® </w:t>
      </w:r>
      <w:proofErr w:type="spellStart"/>
      <w:r w:rsidRPr="00C73945">
        <w:rPr>
          <w:rFonts w:cs="Arial"/>
          <w:color w:val="000000" w:themeColor="text1"/>
          <w:szCs w:val="19"/>
          <w:lang w:val="en-GB" w:eastAsia="it-IT"/>
        </w:rPr>
        <w:t>Charters’s</w:t>
      </w:r>
      <w:proofErr w:type="spellEnd"/>
      <w:r w:rsidRPr="00C73945">
        <w:rPr>
          <w:rFonts w:cs="Arial"/>
          <w:color w:val="000000" w:themeColor="text1"/>
          <w:szCs w:val="19"/>
          <w:lang w:val="en-GB" w:eastAsia="it-IT"/>
        </w:rPr>
        <w:t xml:space="preserve"> Commission and (ii) if applicable, the cost of the Boat-Manager Service. Renters therefore accept that in the event of a booking with a Professional Owner, they must </w:t>
      </w:r>
      <w:proofErr w:type="gramStart"/>
      <w:r w:rsidRPr="00C73945">
        <w:rPr>
          <w:rFonts w:cs="Arial"/>
          <w:color w:val="000000" w:themeColor="text1"/>
          <w:szCs w:val="19"/>
          <w:lang w:val="en-GB" w:eastAsia="it-IT"/>
        </w:rPr>
        <w:t>take action</w:t>
      </w:r>
      <w:proofErr w:type="gramEnd"/>
      <w:r w:rsidRPr="00C73945">
        <w:rPr>
          <w:rFonts w:cs="Arial"/>
          <w:color w:val="000000" w:themeColor="text1"/>
          <w:szCs w:val="19"/>
          <w:lang w:val="en-GB" w:eastAsia="it-IT"/>
        </w:rPr>
        <w:t xml:space="preserve"> directly against the Professional Owner if they request a refund for any reason. Big D® Charters will issue an invoice to Owners for the amount of Big D® </w:t>
      </w:r>
      <w:proofErr w:type="spellStart"/>
      <w:r w:rsidRPr="00C73945">
        <w:rPr>
          <w:rFonts w:cs="Arial"/>
          <w:color w:val="000000" w:themeColor="text1"/>
          <w:szCs w:val="19"/>
          <w:lang w:val="en-GB" w:eastAsia="it-IT"/>
        </w:rPr>
        <w:t>Charters’s</w:t>
      </w:r>
      <w:proofErr w:type="spellEnd"/>
      <w:r w:rsidRPr="00C73945">
        <w:rPr>
          <w:rFonts w:cs="Arial"/>
          <w:color w:val="000000" w:themeColor="text1"/>
          <w:szCs w:val="19"/>
          <w:lang w:val="en-GB" w:eastAsia="it-IT"/>
        </w:rPr>
        <w:t xml:space="preserve"> Commission, which will be downloadable directly into their User account. With rentals from a Professional Owner, Renters may request an invoice directly from the Professional Owner.</w:t>
      </w:r>
    </w:p>
    <w:p w:rsidR="00C73945" w:rsidRDefault="00C73945" w:rsidP="00C73945">
      <w:pPr>
        <w:spacing w:line="300" w:lineRule="atLeast"/>
        <w:textAlignment w:val="baseline"/>
        <w:rPr>
          <w:rFonts w:cs="Arial"/>
          <w:color w:val="000000" w:themeColor="text1"/>
          <w:szCs w:val="19"/>
          <w:lang w:val="en-GB" w:eastAsia="it-IT"/>
        </w:rPr>
      </w:pPr>
    </w:p>
    <w:p w:rsidR="00C73945" w:rsidRPr="00C73945" w:rsidRDefault="00C73945" w:rsidP="00C73945">
      <w:pPr>
        <w:spacing w:line="300" w:lineRule="atLeast"/>
        <w:textAlignment w:val="baseline"/>
        <w:rPr>
          <w:rFonts w:ascii="Calibri" w:hAnsi="Calibri" w:cs="Calibri"/>
          <w:b/>
          <w:color w:val="383C40"/>
          <w:sz w:val="24"/>
          <w:szCs w:val="23"/>
          <w:lang w:val="en-GB" w:eastAsia="it-IT"/>
        </w:rPr>
      </w:pPr>
      <w:r w:rsidRPr="00C73945">
        <w:rPr>
          <w:rFonts w:ascii="Calibri" w:hAnsi="Calibri" w:cs="Calibri"/>
          <w:b/>
          <w:color w:val="383C40"/>
          <w:sz w:val="24"/>
          <w:szCs w:val="23"/>
          <w:lang w:val="en-GB" w:eastAsia="it-IT"/>
        </w:rPr>
        <w:t>8.1 Breakdown and Boat Recovery</w:t>
      </w:r>
    </w:p>
    <w:p w:rsidR="00C73945" w:rsidRPr="00C73945" w:rsidRDefault="00C73945" w:rsidP="00C73945">
      <w:pPr>
        <w:spacing w:line="210" w:lineRule="atLeast"/>
        <w:textAlignment w:val="baseline"/>
        <w:rPr>
          <w:rFonts w:cs="Arial"/>
          <w:color w:val="383C40"/>
          <w:szCs w:val="19"/>
          <w:lang w:val="en-GB" w:eastAsia="it-IT"/>
        </w:rPr>
      </w:pPr>
      <w:r w:rsidRPr="00C73945">
        <w:rPr>
          <w:rFonts w:cs="Arial"/>
          <w:color w:val="383C40"/>
          <w:szCs w:val="19"/>
          <w:lang w:val="en-GB" w:eastAsia="it-IT"/>
        </w:rPr>
        <w:t>Big D® Charters is equipped with backup boats which are available 24/7 for any rescue reasons.</w:t>
      </w:r>
    </w:p>
    <w:p w:rsidR="00C73945" w:rsidRPr="00C73945" w:rsidRDefault="00C73945" w:rsidP="00C73945">
      <w:pPr>
        <w:spacing w:line="210" w:lineRule="atLeast"/>
        <w:textAlignment w:val="baseline"/>
        <w:rPr>
          <w:rFonts w:cs="Arial"/>
          <w:color w:val="383C40"/>
          <w:szCs w:val="19"/>
          <w:lang w:val="en-GB" w:eastAsia="it-IT"/>
        </w:rPr>
      </w:pPr>
      <w:r w:rsidRPr="00C73945">
        <w:rPr>
          <w:rFonts w:cs="Arial"/>
          <w:color w:val="383C40"/>
          <w:szCs w:val="19"/>
          <w:lang w:val="en-GB" w:eastAsia="it-IT"/>
        </w:rPr>
        <w:t xml:space="preserve">If the recovery is needed because of a technical issue </w:t>
      </w:r>
      <w:r w:rsidRPr="00C73945">
        <w:rPr>
          <w:rFonts w:cs="Arial"/>
          <w:b/>
          <w:color w:val="383C40"/>
          <w:szCs w:val="19"/>
          <w:lang w:val="en-GB" w:eastAsia="it-IT"/>
        </w:rPr>
        <w:t xml:space="preserve">NOT due to the client </w:t>
      </w:r>
      <w:r w:rsidRPr="00C73945">
        <w:rPr>
          <w:rFonts w:cs="Arial"/>
          <w:color w:val="383C40"/>
          <w:szCs w:val="19"/>
          <w:lang w:val="en-GB" w:eastAsia="it-IT"/>
        </w:rPr>
        <w:t>(</w:t>
      </w:r>
      <w:proofErr w:type="spellStart"/>
      <w:r w:rsidRPr="00C73945">
        <w:rPr>
          <w:rFonts w:cs="Arial"/>
          <w:color w:val="383C40"/>
          <w:szCs w:val="19"/>
          <w:lang w:val="en-GB" w:eastAsia="it-IT"/>
        </w:rPr>
        <w:t>eg.</w:t>
      </w:r>
      <w:proofErr w:type="spellEnd"/>
      <w:r w:rsidRPr="00C73945">
        <w:rPr>
          <w:rFonts w:cs="Arial"/>
          <w:color w:val="383C40"/>
          <w:szCs w:val="19"/>
          <w:lang w:val="en-GB" w:eastAsia="it-IT"/>
        </w:rPr>
        <w:t xml:space="preserve"> engine breakdown, steering issues, mechanical/electrical faults) Big D® Charters will fully refund the charter if within the 80% of the time is spent, or will offer towing and free fuel used if over 80% of the time is spent.</w:t>
      </w:r>
    </w:p>
    <w:p w:rsidR="00C73945" w:rsidRPr="00C73945" w:rsidRDefault="00C73945" w:rsidP="00C73945">
      <w:pPr>
        <w:spacing w:line="210" w:lineRule="atLeast"/>
        <w:textAlignment w:val="baseline"/>
        <w:rPr>
          <w:rFonts w:cs="Arial"/>
          <w:color w:val="383C40"/>
          <w:szCs w:val="19"/>
          <w:lang w:val="en-GB" w:eastAsia="it-IT"/>
        </w:rPr>
      </w:pPr>
      <w:r w:rsidRPr="00C73945">
        <w:rPr>
          <w:rFonts w:cs="Arial"/>
          <w:color w:val="383C40"/>
          <w:szCs w:val="19"/>
          <w:lang w:val="en-GB" w:eastAsia="it-IT"/>
        </w:rPr>
        <w:t xml:space="preserve">If the recovery of the boat is due to the </w:t>
      </w:r>
      <w:r w:rsidRPr="00C73945">
        <w:rPr>
          <w:rFonts w:cs="Arial"/>
          <w:b/>
          <w:color w:val="383C40"/>
          <w:szCs w:val="19"/>
          <w:lang w:val="en-GB" w:eastAsia="it-IT"/>
        </w:rPr>
        <w:t>client’s negligence</w:t>
      </w:r>
      <w:r w:rsidRPr="00C73945">
        <w:rPr>
          <w:rFonts w:cs="Arial"/>
          <w:color w:val="383C40"/>
          <w:szCs w:val="19"/>
          <w:lang w:val="en-GB" w:eastAsia="it-IT"/>
        </w:rPr>
        <w:t xml:space="preserve"> (</w:t>
      </w:r>
      <w:proofErr w:type="spellStart"/>
      <w:r w:rsidRPr="00C73945">
        <w:rPr>
          <w:rFonts w:cs="Arial"/>
          <w:color w:val="383C40"/>
          <w:szCs w:val="19"/>
          <w:lang w:val="en-GB" w:eastAsia="it-IT"/>
        </w:rPr>
        <w:t>eg.</w:t>
      </w:r>
      <w:proofErr w:type="spellEnd"/>
      <w:r w:rsidRPr="00C73945">
        <w:rPr>
          <w:rFonts w:cs="Arial"/>
          <w:color w:val="383C40"/>
          <w:szCs w:val="19"/>
          <w:lang w:val="en-GB" w:eastAsia="it-IT"/>
        </w:rPr>
        <w:t xml:space="preserve"> tubes cut against rock/pontoons, not being able to turn the engine on because for not following basic knowledge, out of fuel, etc) a fee of 500€ will apply and will include a mechanic intervention or a towing, independent from the time spent at sea. In case of a damage, a quotation will follow.</w:t>
      </w:r>
    </w:p>
    <w:p w:rsidR="00C73945" w:rsidRPr="007E6849" w:rsidRDefault="00C73945" w:rsidP="00C73945">
      <w:pPr>
        <w:spacing w:line="300" w:lineRule="atLeast"/>
        <w:textAlignment w:val="baseline"/>
        <w:rPr>
          <w:rFonts w:ascii="Helvetica" w:hAnsi="Helvetica" w:cs="Times New Roman"/>
          <w:color w:val="383C40"/>
          <w:sz w:val="23"/>
          <w:szCs w:val="23"/>
          <w:lang w:val="en-GB" w:eastAsia="it-IT"/>
        </w:rPr>
      </w:pPr>
    </w:p>
    <w:p w:rsidR="00C73945" w:rsidRPr="00C73945" w:rsidRDefault="00C73945" w:rsidP="00C73945">
      <w:pPr>
        <w:spacing w:line="300" w:lineRule="atLeast"/>
        <w:textAlignment w:val="baseline"/>
        <w:rPr>
          <w:rFonts w:ascii="Calibri" w:hAnsi="Calibri" w:cs="Calibri"/>
          <w:b/>
          <w:color w:val="383C40"/>
          <w:sz w:val="24"/>
          <w:szCs w:val="23"/>
          <w:lang w:val="en-GB" w:eastAsia="it-IT"/>
        </w:rPr>
      </w:pPr>
      <w:r w:rsidRPr="00C73945">
        <w:rPr>
          <w:rFonts w:ascii="Calibri" w:hAnsi="Calibri" w:cs="Calibri"/>
          <w:b/>
          <w:color w:val="383C40"/>
          <w:sz w:val="24"/>
          <w:szCs w:val="23"/>
          <w:lang w:val="en-GB" w:eastAsia="it-IT"/>
        </w:rPr>
        <w:t xml:space="preserve">9. Availability of the Service and Site </w:t>
      </w:r>
    </w:p>
    <w:p w:rsidR="00C73945" w:rsidRDefault="00C73945" w:rsidP="00C73945">
      <w:pPr>
        <w:spacing w:line="210" w:lineRule="atLeast"/>
        <w:textAlignment w:val="baseline"/>
        <w:rPr>
          <w:rFonts w:cs="Arial"/>
          <w:color w:val="383C40"/>
          <w:szCs w:val="19"/>
          <w:lang w:val="en-GB" w:eastAsia="it-IT"/>
        </w:rPr>
      </w:pPr>
      <w:r w:rsidRPr="00C73945">
        <w:rPr>
          <w:rFonts w:cs="Arial"/>
          <w:color w:val="383C40"/>
          <w:szCs w:val="19"/>
          <w:lang w:val="en-GB" w:eastAsia="it-IT"/>
        </w:rPr>
        <w:t xml:space="preserve">Big D® Charters undertakes to do its best to ensure that the Service and the Site are available 24/7 without any interruptions other than those required for corrective maintenance or upgrading work. Users’ attention is specifically drawn to the fact that the Site and the Service are, like any computer application, subject to malfunctions, anomalies, errors or interruptions that may be due in particular to connection problems. Consequently, Big D® Charters does not guarantee Users that the Site and the Service will be permanently available. Under no circumstances may Users make any claims against Big D® Charters because of such malfunctions, anomalies, errors or interruptions, even if these have caused them any kind of loss. </w:t>
      </w:r>
    </w:p>
    <w:p w:rsidR="00C73945" w:rsidRPr="00C73945" w:rsidRDefault="00C73945" w:rsidP="00C73945">
      <w:pPr>
        <w:spacing w:line="210" w:lineRule="atLeast"/>
        <w:textAlignment w:val="baseline"/>
        <w:rPr>
          <w:rFonts w:cs="Arial"/>
          <w:color w:val="383C40"/>
          <w:szCs w:val="19"/>
          <w:lang w:val="en-GB" w:eastAsia="it-IT"/>
        </w:rPr>
      </w:pPr>
    </w:p>
    <w:p w:rsidR="00C73945" w:rsidRPr="00C73945" w:rsidRDefault="00C73945" w:rsidP="00C73945">
      <w:pPr>
        <w:spacing w:line="300" w:lineRule="atLeast"/>
        <w:textAlignment w:val="baseline"/>
        <w:rPr>
          <w:rFonts w:ascii="Calibri" w:hAnsi="Calibri" w:cs="Calibri"/>
          <w:b/>
          <w:color w:val="383C40"/>
          <w:sz w:val="24"/>
          <w:szCs w:val="23"/>
          <w:lang w:val="en-GB" w:eastAsia="it-IT"/>
        </w:rPr>
      </w:pPr>
      <w:r w:rsidRPr="00C73945">
        <w:rPr>
          <w:rFonts w:ascii="Calibri" w:hAnsi="Calibri" w:cs="Calibri"/>
          <w:b/>
          <w:color w:val="383C40"/>
          <w:sz w:val="24"/>
          <w:szCs w:val="23"/>
          <w:lang w:val="en-GB" w:eastAsia="it-IT"/>
        </w:rPr>
        <w:t xml:space="preserve">10. Liability </w:t>
      </w:r>
    </w:p>
    <w:p w:rsidR="00C73945" w:rsidRPr="00C73945" w:rsidRDefault="00C73945" w:rsidP="00C73945">
      <w:pPr>
        <w:spacing w:line="300" w:lineRule="atLeast"/>
        <w:textAlignment w:val="baseline"/>
        <w:rPr>
          <w:rFonts w:ascii="Calibri" w:hAnsi="Calibri" w:cs="Calibri"/>
          <w:b/>
          <w:color w:val="383C40"/>
          <w:sz w:val="24"/>
          <w:szCs w:val="23"/>
          <w:lang w:val="en-GB" w:eastAsia="it-IT"/>
        </w:rPr>
      </w:pPr>
      <w:r w:rsidRPr="00C73945">
        <w:rPr>
          <w:rFonts w:ascii="Calibri" w:hAnsi="Calibri" w:cs="Calibri"/>
          <w:b/>
          <w:color w:val="383C40"/>
          <w:sz w:val="24"/>
          <w:szCs w:val="23"/>
          <w:lang w:val="en-GB" w:eastAsia="it-IT"/>
        </w:rPr>
        <w:t xml:space="preserve">10.1. Limitation of liability </w:t>
      </w:r>
    </w:p>
    <w:p w:rsidR="00C73945" w:rsidRPr="00C73945" w:rsidRDefault="00C73945" w:rsidP="00C73945">
      <w:pPr>
        <w:spacing w:line="210" w:lineRule="atLeast"/>
        <w:textAlignment w:val="baseline"/>
        <w:rPr>
          <w:rFonts w:cs="Arial"/>
          <w:color w:val="383C40"/>
          <w:szCs w:val="19"/>
          <w:lang w:val="en-GB" w:eastAsia="it-IT"/>
        </w:rPr>
      </w:pPr>
      <w:r w:rsidRPr="00C73945">
        <w:rPr>
          <w:rFonts w:cs="Arial"/>
          <w:color w:val="383C40"/>
          <w:szCs w:val="19"/>
          <w:lang w:val="en-GB" w:eastAsia="it-IT"/>
        </w:rPr>
        <w:t xml:space="preserve">Big D® Charters reiterates that it is not a party to the Rental and/or Co-Sailing contracts concluded between Users, nor to the Boat-Manager contracts concluded between Owners and concierges. In the event of a claim, Users may under no circumstances engage Big D® </w:t>
      </w:r>
      <w:proofErr w:type="spellStart"/>
      <w:r w:rsidRPr="00C73945">
        <w:rPr>
          <w:rFonts w:cs="Arial"/>
          <w:color w:val="383C40"/>
          <w:szCs w:val="19"/>
          <w:lang w:val="en-GB" w:eastAsia="it-IT"/>
        </w:rPr>
        <w:t>Charters's</w:t>
      </w:r>
      <w:proofErr w:type="spellEnd"/>
      <w:r w:rsidRPr="00C73945">
        <w:rPr>
          <w:rFonts w:cs="Arial"/>
          <w:color w:val="383C40"/>
          <w:szCs w:val="19"/>
          <w:lang w:val="en-GB" w:eastAsia="it-IT"/>
        </w:rPr>
        <w:t xml:space="preserve"> liability. Big D® Charters is not responsible for managing delays or managing any disputes between Users. Nor is Big D® Charters responsible for any shortfall in Renters’ bank accounts or for any </w:t>
      </w:r>
      <w:r w:rsidRPr="00C73945">
        <w:rPr>
          <w:rFonts w:cs="Arial"/>
          <w:color w:val="383C40"/>
          <w:szCs w:val="19"/>
          <w:lang w:val="en-GB" w:eastAsia="it-IT"/>
        </w:rPr>
        <w:lastRenderedPageBreak/>
        <w:t xml:space="preserve">disagreement between Owners and Renters regarding the payment of security deposits to Owners. Subject to the liability exclusions stipulated in these GTCU, it is agreed that in any event and whatever the grounds, the liability that Big D® Charters may incur in any capacity in connection with the Site or Service may not, except in the event of gross negligence or fraud, exceed the total amount invoiced by Big D® Charters to the User for the Rental or Co-Sailing agreement behind the event giving rise to Big D® </w:t>
      </w:r>
      <w:proofErr w:type="spellStart"/>
      <w:r w:rsidRPr="00C73945">
        <w:rPr>
          <w:rFonts w:cs="Arial"/>
          <w:color w:val="383C40"/>
          <w:szCs w:val="19"/>
          <w:lang w:val="en-GB" w:eastAsia="it-IT"/>
        </w:rPr>
        <w:t>Charters's</w:t>
      </w:r>
      <w:proofErr w:type="spellEnd"/>
      <w:r w:rsidRPr="00C73945">
        <w:rPr>
          <w:rFonts w:cs="Arial"/>
          <w:color w:val="383C40"/>
          <w:szCs w:val="19"/>
          <w:lang w:val="en-GB" w:eastAsia="it-IT"/>
        </w:rPr>
        <w:t xml:space="preserve"> liability. Under no circumstances may Big D® Charters be held liable for any damage of an indirect nature, even if Big D® Charters has been informed of the possibility of such damage. Users acknowledge that the pricing conditions of the Service are based on these limitations and exclusions, without which Big D® Charters would not have contracted. </w:t>
      </w:r>
    </w:p>
    <w:p w:rsidR="00C73945" w:rsidRPr="00C73945" w:rsidRDefault="00C73945" w:rsidP="00C73945">
      <w:pPr>
        <w:spacing w:line="300" w:lineRule="atLeast"/>
        <w:textAlignment w:val="baseline"/>
        <w:rPr>
          <w:color w:val="000000" w:themeColor="text1"/>
          <w:lang w:val="en-GB"/>
        </w:rPr>
      </w:pPr>
    </w:p>
    <w:p w:rsidR="00CE6EB0" w:rsidRPr="001C3F11" w:rsidRDefault="008B1608">
      <w:pPr>
        <w:pStyle w:val="Heading1"/>
        <w:rPr>
          <w:color w:val="000000" w:themeColor="text1"/>
        </w:rPr>
      </w:pPr>
      <w:r>
        <w:rPr>
          <w:color w:val="000000" w:themeColor="text1"/>
        </w:rPr>
        <w:t>10.2.</w:t>
      </w:r>
      <w:r w:rsidR="00507C1C" w:rsidRPr="001C3F11">
        <w:rPr>
          <w:color w:val="000000" w:themeColor="text1"/>
        </w:rPr>
        <w:t xml:space="preserve"> Dama</w:t>
      </w:r>
      <w:r w:rsidR="00507C1C" w:rsidRPr="001C3F11">
        <w:rPr>
          <w:color w:val="000000" w:themeColor="text1"/>
        </w:rPr>
        <w:t>ge, Loss, Negligence and Liability of the Client</w:t>
      </w:r>
    </w:p>
    <w:p w:rsidR="00CE6EB0" w:rsidRPr="001C3F11" w:rsidRDefault="00507C1C">
      <w:pPr>
        <w:rPr>
          <w:color w:val="000000" w:themeColor="text1"/>
        </w:rPr>
      </w:pPr>
      <w:r w:rsidRPr="001C3F11">
        <w:rPr>
          <w:color w:val="000000" w:themeColor="text1"/>
        </w:rPr>
        <w:t>The Client is liable for damage, loss, cost, claim, fine, penalty, injury, or expense caused by the Client, passengers, or anyone under the Client’s control, including damage caused by negligence, misuse, br</w:t>
      </w:r>
      <w:r w:rsidRPr="001C3F11">
        <w:rPr>
          <w:color w:val="000000" w:themeColor="text1"/>
        </w:rPr>
        <w:t>each of instructions, unsafe navigation, collision, grounding, late return, missing equipment, or unlawful conduct.</w:t>
      </w:r>
    </w:p>
    <w:p w:rsidR="00CE6EB0" w:rsidRPr="001C3F11" w:rsidRDefault="00507C1C">
      <w:pPr>
        <w:rPr>
          <w:color w:val="000000" w:themeColor="text1"/>
        </w:rPr>
      </w:pPr>
      <w:r w:rsidRPr="001C3F11">
        <w:rPr>
          <w:color w:val="000000" w:themeColor="text1"/>
        </w:rPr>
        <w:t>Normal wear and tear is not chargeable to the Client. However, damage caused by impact, cuts, grounding, rope/propeller entanglement, overhe</w:t>
      </w:r>
      <w:r w:rsidRPr="001C3F11">
        <w:rPr>
          <w:color w:val="000000" w:themeColor="text1"/>
        </w:rPr>
        <w:t>ating due to incorrect use, fuel contamination caused by the Client, loss of equipment, excessive dirt, or failure to follow instructions may be charged to the Client.</w:t>
      </w:r>
    </w:p>
    <w:p w:rsidR="00CE6EB0" w:rsidRPr="001C3F11" w:rsidRDefault="00507C1C">
      <w:pPr>
        <w:rPr>
          <w:color w:val="000000" w:themeColor="text1"/>
        </w:rPr>
      </w:pPr>
      <w:r w:rsidRPr="001C3F11">
        <w:rPr>
          <w:color w:val="000000" w:themeColor="text1"/>
        </w:rPr>
        <w:t>The Client authorises Big D® Charters to deduct reasonable amounts from the Security Dep</w:t>
      </w:r>
      <w:r w:rsidRPr="001C3F11">
        <w:rPr>
          <w:color w:val="000000" w:themeColor="text1"/>
        </w:rPr>
        <w:t>osit for damage, loss, Recovery, late return, missing equipment, excessive cleaning, unpaid fuel, fines, penalties, or other amounts due. If the cost is not yet final, Big D® Charters may retain a reasonable amount until a quotation, invoice, technical rep</w:t>
      </w:r>
      <w:r w:rsidRPr="001C3F11">
        <w:rPr>
          <w:color w:val="000000" w:themeColor="text1"/>
        </w:rPr>
        <w:t>ort, or final calculation is available.</w:t>
      </w:r>
    </w:p>
    <w:p w:rsidR="00CE6EB0" w:rsidRPr="001C3F11" w:rsidRDefault="00507C1C">
      <w:pPr>
        <w:rPr>
          <w:color w:val="000000" w:themeColor="text1"/>
        </w:rPr>
      </w:pPr>
      <w:r w:rsidRPr="001C3F11">
        <w:rPr>
          <w:color w:val="000000" w:themeColor="text1"/>
        </w:rPr>
        <w:t>The Client remains liable for any amount exceeding the Security Deposit. Big D® Charters may pursue the Client for the balance, including reasonable collection costs and legal costs where permitted by law.</w:t>
      </w:r>
    </w:p>
    <w:p w:rsidR="001C3F11" w:rsidRPr="001C3F11" w:rsidRDefault="001C3F11">
      <w:pPr>
        <w:rPr>
          <w:color w:val="000000" w:themeColor="text1"/>
          <w:lang w:val="en-GB"/>
        </w:rPr>
      </w:pPr>
    </w:p>
    <w:p w:rsidR="00CE6EB0" w:rsidRPr="001C3F11" w:rsidRDefault="008B1608">
      <w:pPr>
        <w:pStyle w:val="Heading1"/>
        <w:rPr>
          <w:color w:val="000000" w:themeColor="text1"/>
        </w:rPr>
      </w:pPr>
      <w:r>
        <w:rPr>
          <w:color w:val="000000" w:themeColor="text1"/>
        </w:rPr>
        <w:t>10.3</w:t>
      </w:r>
      <w:r w:rsidR="00507C1C" w:rsidRPr="001C3F11">
        <w:rPr>
          <w:color w:val="000000" w:themeColor="text1"/>
        </w:rPr>
        <w:t>. Breakdo</w:t>
      </w:r>
      <w:r w:rsidR="00507C1C" w:rsidRPr="001C3F11">
        <w:rPr>
          <w:color w:val="000000" w:themeColor="text1"/>
        </w:rPr>
        <w:t>wn, Assistance and Boat Recovery</w:t>
      </w:r>
    </w:p>
    <w:p w:rsidR="00CE6EB0" w:rsidRPr="001C3F11" w:rsidRDefault="00507C1C">
      <w:pPr>
        <w:rPr>
          <w:color w:val="000000" w:themeColor="text1"/>
        </w:rPr>
      </w:pPr>
      <w:r w:rsidRPr="001C3F11">
        <w:rPr>
          <w:color w:val="000000" w:themeColor="text1"/>
        </w:rPr>
        <w:t>Big D® Charters may provide assistance, towing, mechanic intervention, or a replacement/backup boat where reasonably possible. Availability may depend on weather, distance, safety, staff, other bookings, and maritime condit</w:t>
      </w:r>
      <w:r w:rsidRPr="001C3F11">
        <w:rPr>
          <w:color w:val="000000" w:themeColor="text1"/>
        </w:rPr>
        <w:t>ions.</w:t>
      </w:r>
    </w:p>
    <w:p w:rsidR="00CE6EB0" w:rsidRPr="001C3F11" w:rsidRDefault="00507C1C">
      <w:pPr>
        <w:rPr>
          <w:color w:val="000000" w:themeColor="text1"/>
        </w:rPr>
      </w:pPr>
      <w:r w:rsidRPr="001C3F11">
        <w:rPr>
          <w:color w:val="000000" w:themeColor="text1"/>
        </w:rPr>
        <w:t>If the Boat becomes unusable because of a technical fault not caused by the Client, Big D® Charters may, at its reasonable discretion, offer assistance, a replacement boat, a partial refund, a full refund, fuel compensation, or rescheduling, dependin</w:t>
      </w:r>
      <w:r w:rsidRPr="001C3F11">
        <w:rPr>
          <w:color w:val="000000" w:themeColor="text1"/>
        </w:rPr>
        <w:t>g on the time lost, seriousness of the issue, safety, and circumstances.</w:t>
      </w:r>
    </w:p>
    <w:p w:rsidR="00CE6EB0" w:rsidRPr="001C3F11" w:rsidRDefault="00507C1C">
      <w:pPr>
        <w:rPr>
          <w:color w:val="000000" w:themeColor="text1"/>
        </w:rPr>
      </w:pPr>
      <w:r w:rsidRPr="001C3F11">
        <w:rPr>
          <w:color w:val="000000" w:themeColor="text1"/>
        </w:rPr>
        <w:t>If Recovery or mechanic intervention is required because of Client negligence, misuse, breach of instructions, running out of fuel contrary to instructions, grounding, collision, tube</w:t>
      </w:r>
      <w:r w:rsidRPr="001C3F11">
        <w:rPr>
          <w:color w:val="000000" w:themeColor="text1"/>
        </w:rPr>
        <w:t xml:space="preserve"> damage, propeller damage, battery drain caused by misuse, inability to restart the engine due to not following the briefing, or other Client-caused issue, a Recovery/service fee of EUR 500 may be deducted from the Security Deposit, without prejudice to an</w:t>
      </w:r>
      <w:r w:rsidRPr="001C3F11">
        <w:rPr>
          <w:color w:val="000000" w:themeColor="text1"/>
        </w:rPr>
        <w:t>y additional damage, repair, towing, fuel, or third-party costs.</w:t>
      </w:r>
    </w:p>
    <w:p w:rsidR="00CE6EB0" w:rsidRDefault="00507C1C">
      <w:pPr>
        <w:rPr>
          <w:color w:val="000000" w:themeColor="text1"/>
        </w:rPr>
      </w:pPr>
      <w:r w:rsidRPr="001C3F11">
        <w:rPr>
          <w:color w:val="000000" w:themeColor="text1"/>
        </w:rPr>
        <w:t>The EUR 500 Recovery/service fee is intended as a genuine pre-estimate of call-out, mechanic, towing, operational, staff, fuel, and disruption costs. If the actual loss is higher, Big D® Char</w:t>
      </w:r>
      <w:r w:rsidRPr="001C3F11">
        <w:rPr>
          <w:color w:val="000000" w:themeColor="text1"/>
        </w:rPr>
        <w:t>ters may claim the additional amount. If the actual circumstances justify a lower amount, Big D® Charters may reduce the deduction at its discretion.</w:t>
      </w:r>
    </w:p>
    <w:p w:rsidR="00C73945" w:rsidRPr="001C3F11" w:rsidRDefault="00C73945">
      <w:pPr>
        <w:rPr>
          <w:color w:val="000000" w:themeColor="text1"/>
        </w:rPr>
      </w:pPr>
    </w:p>
    <w:p w:rsidR="00CE6EB0" w:rsidRPr="001C3F11" w:rsidRDefault="00507C1C">
      <w:pPr>
        <w:pStyle w:val="Heading1"/>
        <w:rPr>
          <w:color w:val="000000" w:themeColor="text1"/>
        </w:rPr>
      </w:pPr>
      <w:r w:rsidRPr="001C3F11">
        <w:rPr>
          <w:color w:val="000000" w:themeColor="text1"/>
        </w:rPr>
        <w:t>10.</w:t>
      </w:r>
      <w:r w:rsidR="008B1608">
        <w:rPr>
          <w:color w:val="000000" w:themeColor="text1"/>
        </w:rPr>
        <w:t>4.</w:t>
      </w:r>
      <w:r w:rsidRPr="001C3F11">
        <w:rPr>
          <w:color w:val="000000" w:themeColor="text1"/>
        </w:rPr>
        <w:t xml:space="preserve"> Fuel, Late Return and Cleaning</w:t>
      </w:r>
    </w:p>
    <w:p w:rsidR="00CE6EB0" w:rsidRPr="001C3F11" w:rsidRDefault="00507C1C">
      <w:pPr>
        <w:rPr>
          <w:color w:val="000000" w:themeColor="text1"/>
        </w:rPr>
      </w:pPr>
      <w:r w:rsidRPr="001C3F11">
        <w:rPr>
          <w:color w:val="000000" w:themeColor="text1"/>
        </w:rPr>
        <w:t xml:space="preserve">Unless otherwise stated, fuel is not included in the Charter Fee. Fuel </w:t>
      </w:r>
      <w:r w:rsidRPr="001C3F11">
        <w:rPr>
          <w:color w:val="000000" w:themeColor="text1"/>
        </w:rPr>
        <w:t>arrangements will be communicated by Big D® Charters before or at the start of the Charter.</w:t>
      </w:r>
    </w:p>
    <w:p w:rsidR="00CE6EB0" w:rsidRPr="001C3F11" w:rsidRDefault="00507C1C">
      <w:pPr>
        <w:rPr>
          <w:color w:val="000000" w:themeColor="text1"/>
        </w:rPr>
      </w:pPr>
      <w:r w:rsidRPr="001C3F11">
        <w:rPr>
          <w:color w:val="000000" w:themeColor="text1"/>
        </w:rPr>
        <w:t>The Client must return the Boat by the agreed End Time. Late return may be charged according to the agreed hourly/daily rate, the operational loss caused, or any sp</w:t>
      </w:r>
      <w:r w:rsidRPr="001C3F11">
        <w:rPr>
          <w:color w:val="000000" w:themeColor="text1"/>
        </w:rPr>
        <w:t>ecific late-return amount communicated by Big D® Charters.</w:t>
      </w:r>
    </w:p>
    <w:p w:rsidR="00CE6EB0" w:rsidRPr="001C3F11" w:rsidRDefault="00507C1C">
      <w:pPr>
        <w:rPr>
          <w:color w:val="000000" w:themeColor="text1"/>
        </w:rPr>
      </w:pPr>
      <w:r w:rsidRPr="001C3F11">
        <w:rPr>
          <w:color w:val="000000" w:themeColor="text1"/>
        </w:rPr>
        <w:t>The Boat must be returned in a reasonably clean and proper condition. Excessive dirt, rubbish, stains, vomit, fish/bait residue, food/drink damage, or other abnormal cleaning requirements may be de</w:t>
      </w:r>
      <w:r w:rsidRPr="001C3F11">
        <w:rPr>
          <w:color w:val="000000" w:themeColor="text1"/>
        </w:rPr>
        <w:t>ducted from the Security Deposit.</w:t>
      </w:r>
    </w:p>
    <w:p w:rsidR="00CE6EB0" w:rsidRPr="001C3F11" w:rsidRDefault="00507C1C">
      <w:pPr>
        <w:pStyle w:val="Heading1"/>
        <w:rPr>
          <w:color w:val="000000" w:themeColor="text1"/>
        </w:rPr>
      </w:pPr>
      <w:r w:rsidRPr="001C3F11">
        <w:rPr>
          <w:color w:val="000000" w:themeColor="text1"/>
        </w:rPr>
        <w:lastRenderedPageBreak/>
        <w:t>11. Cancellation, Weather and No-Show</w:t>
      </w:r>
    </w:p>
    <w:p w:rsidR="00CE6EB0" w:rsidRPr="001C3F11" w:rsidRDefault="00507C1C">
      <w:pPr>
        <w:rPr>
          <w:color w:val="000000" w:themeColor="text1"/>
        </w:rPr>
      </w:pPr>
      <w:r w:rsidRPr="001C3F11">
        <w:rPr>
          <w:color w:val="000000" w:themeColor="text1"/>
        </w:rPr>
        <w:t>Cancellation conditions may be stated in the booking confirmation, invoice, advertisement, website, or written communication. Where no specific cancellation policy is stated, Big D® Ch</w:t>
      </w:r>
      <w:r w:rsidRPr="001C3F11">
        <w:rPr>
          <w:color w:val="000000" w:themeColor="text1"/>
        </w:rPr>
        <w:t>arters may apply a reasonable policy based on the notice given, the ability to rebook the Boat, the season, staff allocation, and costs already incurred.</w:t>
      </w:r>
    </w:p>
    <w:p w:rsidR="00CE6EB0" w:rsidRPr="001C3F11" w:rsidRDefault="00507C1C">
      <w:pPr>
        <w:rPr>
          <w:color w:val="000000" w:themeColor="text1"/>
        </w:rPr>
      </w:pPr>
      <w:r w:rsidRPr="001C3F11">
        <w:rPr>
          <w:color w:val="000000" w:themeColor="text1"/>
        </w:rPr>
        <w:t>Big D® Charters may cancel, postpone, shorten, reroute, or refuse departure if weather, sea state, saf</w:t>
      </w:r>
      <w:r w:rsidRPr="001C3F11">
        <w:rPr>
          <w:color w:val="000000" w:themeColor="text1"/>
        </w:rPr>
        <w:t>ety, technical issues, authority instructions, or other circumstances make the Charter unsafe or impractical. Safety decisions by Big D® Charters are final.</w:t>
      </w:r>
    </w:p>
    <w:p w:rsidR="00CE6EB0" w:rsidRPr="001C3F11" w:rsidRDefault="00507C1C">
      <w:pPr>
        <w:rPr>
          <w:color w:val="000000" w:themeColor="text1"/>
        </w:rPr>
      </w:pPr>
      <w:r w:rsidRPr="001C3F11">
        <w:rPr>
          <w:color w:val="000000" w:themeColor="text1"/>
        </w:rPr>
        <w:t>If Big D® Charters cancels before departure for safety or technical reasons not caused by the Clien</w:t>
      </w:r>
      <w:r w:rsidRPr="001C3F11">
        <w:rPr>
          <w:color w:val="000000" w:themeColor="text1"/>
        </w:rPr>
        <w:t>t, Big D® Charters may offer a new date, credit, alternative boat, or refund depending on the circumstances and the time already used.</w:t>
      </w:r>
    </w:p>
    <w:p w:rsidR="00CE6EB0" w:rsidRPr="001C3F11" w:rsidRDefault="00507C1C">
      <w:pPr>
        <w:rPr>
          <w:color w:val="000000" w:themeColor="text1"/>
        </w:rPr>
      </w:pPr>
      <w:r w:rsidRPr="001C3F11">
        <w:rPr>
          <w:color w:val="000000" w:themeColor="text1"/>
        </w:rPr>
        <w:t>If the Client does not attend, arrives too late, lacks required documents/licence, is intoxicated, exceeds passenger limi</w:t>
      </w:r>
      <w:r w:rsidRPr="001C3F11">
        <w:rPr>
          <w:color w:val="000000" w:themeColor="text1"/>
        </w:rPr>
        <w:t>ts, refuses safety instructions, or otherwise prevents the Charter from proceeding, Big D® Charters may treat the Booking as cancelled by the Client and may retain amounts paid, subject to applicable law.</w:t>
      </w:r>
    </w:p>
    <w:p w:rsidR="00CE6EB0" w:rsidRPr="001C3F11" w:rsidRDefault="00507C1C">
      <w:pPr>
        <w:pStyle w:val="Heading1"/>
        <w:rPr>
          <w:color w:val="000000" w:themeColor="text1"/>
        </w:rPr>
      </w:pPr>
      <w:r w:rsidRPr="001C3F11">
        <w:rPr>
          <w:color w:val="000000" w:themeColor="text1"/>
        </w:rPr>
        <w:t>12. Insurance and Risk</w:t>
      </w:r>
    </w:p>
    <w:p w:rsidR="00CE6EB0" w:rsidRPr="001C3F11" w:rsidRDefault="00507C1C">
      <w:pPr>
        <w:rPr>
          <w:color w:val="000000" w:themeColor="text1"/>
        </w:rPr>
      </w:pPr>
      <w:r w:rsidRPr="001C3F11">
        <w:rPr>
          <w:color w:val="000000" w:themeColor="text1"/>
        </w:rPr>
        <w:t>Big D® Charters aims to oper</w:t>
      </w:r>
      <w:r w:rsidRPr="001C3F11">
        <w:rPr>
          <w:color w:val="000000" w:themeColor="text1"/>
        </w:rPr>
        <w:t>ate Boats with appropriate insurance and safety equipment. Insurance does not remove the Client’s responsibility for damage, excesses, exclusions, unlawful conduct, negligence, breach of instructions, or uninsured losses.</w:t>
      </w:r>
    </w:p>
    <w:p w:rsidR="00CE6EB0" w:rsidRPr="001C3F11" w:rsidRDefault="00507C1C">
      <w:pPr>
        <w:rPr>
          <w:color w:val="000000" w:themeColor="text1"/>
        </w:rPr>
      </w:pPr>
      <w:r w:rsidRPr="001C3F11">
        <w:rPr>
          <w:color w:val="000000" w:themeColor="text1"/>
        </w:rPr>
        <w:t xml:space="preserve">The Client may be responsible for </w:t>
      </w:r>
      <w:r w:rsidRPr="001C3F11">
        <w:rPr>
          <w:color w:val="000000" w:themeColor="text1"/>
        </w:rPr>
        <w:t>insurance excesses, uninsured damage, excluded losses, and any third-party claims caused by the Client or passengers. Personal belongings are carried at the Client’s risk unless loss is caused by Big D® Charters’ proven fault.</w:t>
      </w:r>
    </w:p>
    <w:p w:rsidR="00CE6EB0" w:rsidRPr="001C3F11" w:rsidRDefault="00507C1C">
      <w:pPr>
        <w:pStyle w:val="Heading1"/>
        <w:rPr>
          <w:color w:val="000000" w:themeColor="text1"/>
        </w:rPr>
      </w:pPr>
      <w:r w:rsidRPr="001C3F11">
        <w:rPr>
          <w:color w:val="000000" w:themeColor="text1"/>
        </w:rPr>
        <w:t xml:space="preserve">13. Limitation of Liability </w:t>
      </w:r>
      <w:r w:rsidRPr="001C3F11">
        <w:rPr>
          <w:color w:val="000000" w:themeColor="text1"/>
        </w:rPr>
        <w:t>of Big D® Charters</w:t>
      </w:r>
    </w:p>
    <w:p w:rsidR="00CE6EB0" w:rsidRPr="001C3F11" w:rsidRDefault="00507C1C">
      <w:pPr>
        <w:rPr>
          <w:color w:val="000000" w:themeColor="text1"/>
        </w:rPr>
      </w:pPr>
      <w:r w:rsidRPr="001C3F11">
        <w:rPr>
          <w:color w:val="000000" w:themeColor="text1"/>
        </w:rPr>
        <w:t>Nothing in these Terms &amp; Conditions excludes or limits liability where such exclusion or limitation is not permitted by applicable law.</w:t>
      </w:r>
    </w:p>
    <w:p w:rsidR="00CE6EB0" w:rsidRPr="001C3F11" w:rsidRDefault="00507C1C">
      <w:pPr>
        <w:rPr>
          <w:color w:val="000000" w:themeColor="text1"/>
        </w:rPr>
      </w:pPr>
      <w:r w:rsidRPr="001C3F11">
        <w:rPr>
          <w:color w:val="000000" w:themeColor="text1"/>
        </w:rPr>
        <w:t>Subject to the above, Big D® Charters is not liable for indirect loss, loss of enjoyment, loss of pro</w:t>
      </w:r>
      <w:r w:rsidRPr="001C3F11">
        <w:rPr>
          <w:color w:val="000000" w:themeColor="text1"/>
        </w:rPr>
        <w:t>fit, consequential loss, travel costs, accommodation costs, missed connections, or similar indirect damages arising from a Booking, cancellation, delay, technical issue, weather decision, or interruption.</w:t>
      </w:r>
    </w:p>
    <w:p w:rsidR="00CE6EB0" w:rsidRPr="001C3F11" w:rsidRDefault="00507C1C">
      <w:pPr>
        <w:rPr>
          <w:color w:val="000000" w:themeColor="text1"/>
        </w:rPr>
      </w:pPr>
      <w:r w:rsidRPr="001C3F11">
        <w:rPr>
          <w:color w:val="000000" w:themeColor="text1"/>
        </w:rPr>
        <w:t>Where Big D® Charters is legally liable, its liabil</w:t>
      </w:r>
      <w:r w:rsidRPr="001C3F11">
        <w:rPr>
          <w:color w:val="000000" w:themeColor="text1"/>
        </w:rPr>
        <w:t>ity is limited, to the fullest extent permitted by law, to the amount paid by the Client for the relevant Booking, except in cases where a higher liability cannot lawfully be limited.</w:t>
      </w:r>
    </w:p>
    <w:p w:rsidR="00CE6EB0" w:rsidRPr="001C3F11" w:rsidRDefault="00507C1C">
      <w:pPr>
        <w:pStyle w:val="Heading1"/>
        <w:rPr>
          <w:color w:val="000000" w:themeColor="text1"/>
        </w:rPr>
      </w:pPr>
      <w:r w:rsidRPr="001C3F11">
        <w:rPr>
          <w:color w:val="000000" w:themeColor="text1"/>
        </w:rPr>
        <w:t>14. Accidents, Incidents and Claims</w:t>
      </w:r>
    </w:p>
    <w:p w:rsidR="00CE6EB0" w:rsidRPr="001C3F11" w:rsidRDefault="00507C1C">
      <w:pPr>
        <w:rPr>
          <w:color w:val="000000" w:themeColor="text1"/>
        </w:rPr>
      </w:pPr>
      <w:r w:rsidRPr="001C3F11">
        <w:rPr>
          <w:color w:val="000000" w:themeColor="text1"/>
        </w:rPr>
        <w:t>The Client must immediately notify B</w:t>
      </w:r>
      <w:r w:rsidRPr="001C3F11">
        <w:rPr>
          <w:color w:val="000000" w:themeColor="text1"/>
        </w:rPr>
        <w:t>ig D® Charters of any accident, collision, grounding, injury, mechanical issue, police/authority contact, lost equipment, damage, or unsafe situation. The Client must follow Big D® Charters’ instructions and must not admit liability to third parties withou</w:t>
      </w:r>
      <w:r w:rsidRPr="001C3F11">
        <w:rPr>
          <w:color w:val="000000" w:themeColor="text1"/>
        </w:rPr>
        <w:t>t prior consent unless legally required.</w:t>
      </w:r>
    </w:p>
    <w:p w:rsidR="00CE6EB0" w:rsidRPr="001C3F11" w:rsidRDefault="00507C1C">
      <w:pPr>
        <w:rPr>
          <w:color w:val="000000" w:themeColor="text1"/>
        </w:rPr>
      </w:pPr>
      <w:r w:rsidRPr="001C3F11">
        <w:rPr>
          <w:color w:val="000000" w:themeColor="text1"/>
        </w:rPr>
        <w:t xml:space="preserve">Any claim or complaint should be made in writing as soon as possible and, where practical, within 24 hours of the end of the Charter. The Client must provide photos, videos, witness details, GPS location, authority </w:t>
      </w:r>
      <w:r w:rsidRPr="001C3F11">
        <w:rPr>
          <w:color w:val="000000" w:themeColor="text1"/>
        </w:rPr>
        <w:t>reports, and any other relevant information.</w:t>
      </w:r>
    </w:p>
    <w:p w:rsidR="00CE6EB0" w:rsidRPr="001C3F11" w:rsidRDefault="00507C1C">
      <w:pPr>
        <w:pStyle w:val="Heading1"/>
        <w:rPr>
          <w:color w:val="000000" w:themeColor="text1"/>
        </w:rPr>
      </w:pPr>
      <w:r w:rsidRPr="001C3F11">
        <w:rPr>
          <w:color w:val="000000" w:themeColor="text1"/>
        </w:rPr>
        <w:t>15. Personal Data</w:t>
      </w:r>
    </w:p>
    <w:p w:rsidR="00CE6EB0" w:rsidRPr="001C3F11" w:rsidRDefault="00507C1C">
      <w:pPr>
        <w:rPr>
          <w:color w:val="000000" w:themeColor="text1"/>
        </w:rPr>
      </w:pPr>
      <w:r w:rsidRPr="001C3F11">
        <w:rPr>
          <w:color w:val="000000" w:themeColor="text1"/>
        </w:rPr>
        <w:t>Big D® Charters may process personal data for booking management, identification, licence verification, payment, deposit handling, safety, insurance, legal compliance, dispute handling, account</w:t>
      </w:r>
      <w:r w:rsidRPr="001C3F11">
        <w:rPr>
          <w:color w:val="000000" w:themeColor="text1"/>
        </w:rPr>
        <w:t>ing, and customer communication.</w:t>
      </w:r>
    </w:p>
    <w:p w:rsidR="00CE6EB0" w:rsidRPr="001C3F11" w:rsidRDefault="00507C1C">
      <w:pPr>
        <w:rPr>
          <w:color w:val="000000" w:themeColor="text1"/>
        </w:rPr>
      </w:pPr>
      <w:r w:rsidRPr="001C3F11">
        <w:rPr>
          <w:color w:val="000000" w:themeColor="text1"/>
        </w:rPr>
        <w:t>Personal data may be shared with payment providers, insurers, legal/accounting advisers, authorities, rescue/assistance providers, and service providers where necessary for the Booking, legal compliance, or legitimate busin</w:t>
      </w:r>
      <w:r w:rsidRPr="001C3F11">
        <w:rPr>
          <w:color w:val="000000" w:themeColor="text1"/>
        </w:rPr>
        <w:t>ess purposes. Big D® Charters will not sell Client personal data to third parties.</w:t>
      </w:r>
    </w:p>
    <w:p w:rsidR="00CE6EB0" w:rsidRPr="001C3F11" w:rsidRDefault="00507C1C">
      <w:pPr>
        <w:pStyle w:val="Heading1"/>
        <w:rPr>
          <w:color w:val="000000" w:themeColor="text1"/>
        </w:rPr>
      </w:pPr>
      <w:r w:rsidRPr="001C3F11">
        <w:rPr>
          <w:color w:val="000000" w:themeColor="text1"/>
        </w:rPr>
        <w:t>16. Intellectual Property and Marketing Material</w:t>
      </w:r>
    </w:p>
    <w:p w:rsidR="00CE6EB0" w:rsidRPr="001C3F11" w:rsidRDefault="00507C1C">
      <w:pPr>
        <w:rPr>
          <w:color w:val="000000" w:themeColor="text1"/>
        </w:rPr>
      </w:pPr>
      <w:r w:rsidRPr="001C3F11">
        <w:rPr>
          <w:color w:val="000000" w:themeColor="text1"/>
        </w:rPr>
        <w:t>The names Big D® Charters, Big D®, logos, images, documents, text, designs, systems, routes, maps, and other materials provi</w:t>
      </w:r>
      <w:r w:rsidRPr="001C3F11">
        <w:rPr>
          <w:color w:val="000000" w:themeColor="text1"/>
        </w:rPr>
        <w:t>ded by Big D® Charters remain the property of Big D® Charters or its licensors.</w:t>
      </w:r>
    </w:p>
    <w:p w:rsidR="00CE6EB0" w:rsidRPr="001C3F11" w:rsidRDefault="00507C1C">
      <w:pPr>
        <w:rPr>
          <w:color w:val="000000" w:themeColor="text1"/>
        </w:rPr>
      </w:pPr>
      <w:r w:rsidRPr="001C3F11">
        <w:rPr>
          <w:color w:val="000000" w:themeColor="text1"/>
        </w:rPr>
        <w:t>The Client must not copy, publish, misuse, or commercially exploit Big D® Charters materials without written permission. Big D® Charters may use general non-sensitive photos/vi</w:t>
      </w:r>
      <w:r w:rsidRPr="001C3F11">
        <w:rPr>
          <w:color w:val="000000" w:themeColor="text1"/>
        </w:rPr>
        <w:t>deos of its boats and charters for operational and marketing purposes, unless the Client objects in writing where applicable.</w:t>
      </w:r>
    </w:p>
    <w:p w:rsidR="00CE6EB0" w:rsidRPr="001C3F11" w:rsidRDefault="00507C1C">
      <w:pPr>
        <w:pStyle w:val="Heading1"/>
        <w:rPr>
          <w:color w:val="000000" w:themeColor="text1"/>
        </w:rPr>
      </w:pPr>
      <w:r w:rsidRPr="001C3F11">
        <w:rPr>
          <w:color w:val="000000" w:themeColor="text1"/>
        </w:rPr>
        <w:lastRenderedPageBreak/>
        <w:t>17. Severability and Waiver</w:t>
      </w:r>
    </w:p>
    <w:p w:rsidR="00CE6EB0" w:rsidRPr="001C3F11" w:rsidRDefault="00507C1C">
      <w:pPr>
        <w:rPr>
          <w:color w:val="000000" w:themeColor="text1"/>
        </w:rPr>
      </w:pPr>
      <w:r w:rsidRPr="001C3F11">
        <w:rPr>
          <w:color w:val="000000" w:themeColor="text1"/>
        </w:rPr>
        <w:t>If any provision of these Terms &amp; Conditions is found invalid, illegal, or unenforceable, the remainin</w:t>
      </w:r>
      <w:r w:rsidRPr="001C3F11">
        <w:rPr>
          <w:color w:val="000000" w:themeColor="text1"/>
        </w:rPr>
        <w:t>g provisions remain valid and enforceable to the fullest extent permitted by law.</w:t>
      </w:r>
    </w:p>
    <w:p w:rsidR="00CE6EB0" w:rsidRPr="001C3F11" w:rsidRDefault="00507C1C">
      <w:pPr>
        <w:rPr>
          <w:color w:val="000000" w:themeColor="text1"/>
        </w:rPr>
      </w:pPr>
      <w:r w:rsidRPr="001C3F11">
        <w:rPr>
          <w:color w:val="000000" w:themeColor="text1"/>
        </w:rPr>
        <w:t>If Big D® Charters does not immediately enforce a right, this does not mean Big D® Charters has waived that right or any future right.</w:t>
      </w:r>
    </w:p>
    <w:p w:rsidR="00CE6EB0" w:rsidRPr="001C3F11" w:rsidRDefault="00507C1C">
      <w:pPr>
        <w:pStyle w:val="Heading1"/>
        <w:rPr>
          <w:color w:val="000000" w:themeColor="text1"/>
        </w:rPr>
      </w:pPr>
      <w:r w:rsidRPr="001C3F11">
        <w:rPr>
          <w:color w:val="000000" w:themeColor="text1"/>
        </w:rPr>
        <w:t>18. Governing Law and Disputes</w:t>
      </w:r>
    </w:p>
    <w:p w:rsidR="00CE6EB0" w:rsidRPr="001C3F11" w:rsidRDefault="00507C1C">
      <w:pPr>
        <w:rPr>
          <w:color w:val="000000" w:themeColor="text1"/>
        </w:rPr>
      </w:pPr>
      <w:r w:rsidRPr="001C3F11">
        <w:rPr>
          <w:color w:val="000000" w:themeColor="text1"/>
        </w:rPr>
        <w:t>These Te</w:t>
      </w:r>
      <w:r w:rsidRPr="001C3F11">
        <w:rPr>
          <w:color w:val="000000" w:themeColor="text1"/>
        </w:rPr>
        <w:t>rms &amp; Conditions are governed by Maltese law. The parties will first try to resolve disputes amicably and in good faith.</w:t>
      </w:r>
    </w:p>
    <w:p w:rsidR="00CE6EB0" w:rsidRPr="001C3F11" w:rsidRDefault="00507C1C">
      <w:pPr>
        <w:rPr>
          <w:color w:val="000000" w:themeColor="text1"/>
        </w:rPr>
      </w:pPr>
      <w:r w:rsidRPr="001C3F11">
        <w:rPr>
          <w:color w:val="000000" w:themeColor="text1"/>
        </w:rPr>
        <w:t>Unless mandatory law provides otherwise, any dispute arising from or connected with these Terms &amp; Conditions, a Booking, Charter, payme</w:t>
      </w:r>
      <w:r w:rsidRPr="001C3F11">
        <w:rPr>
          <w:color w:val="000000" w:themeColor="text1"/>
        </w:rPr>
        <w:t>nt, Security Deposit, damage, Recovery, or cancellation shall be submitted to the competent courts or tribunals of Malta.</w:t>
      </w:r>
    </w:p>
    <w:p w:rsidR="00CE6EB0" w:rsidRPr="001C3F11" w:rsidRDefault="00507C1C">
      <w:pPr>
        <w:rPr>
          <w:color w:val="000000" w:themeColor="text1"/>
        </w:rPr>
      </w:pPr>
      <w:r w:rsidRPr="001C3F11">
        <w:rPr>
          <w:color w:val="000000" w:themeColor="text1"/>
        </w:rPr>
        <w:t>Claims and notices to Big D® Charters should be sent to: charters@bigd.mt or any other official contact address communicated by Big D®</w:t>
      </w:r>
      <w:r w:rsidRPr="001C3F11">
        <w:rPr>
          <w:color w:val="000000" w:themeColor="text1"/>
        </w:rPr>
        <w:t xml:space="preserve"> Charters.</w:t>
      </w:r>
    </w:p>
    <w:p w:rsidR="00CE6EB0" w:rsidRPr="001C3F11" w:rsidRDefault="00507C1C">
      <w:pPr>
        <w:pStyle w:val="Heading1"/>
        <w:rPr>
          <w:color w:val="000000" w:themeColor="text1"/>
        </w:rPr>
      </w:pPr>
      <w:r w:rsidRPr="001C3F11">
        <w:rPr>
          <w:color w:val="000000" w:themeColor="text1"/>
        </w:rPr>
        <w:t>19. Client Acknowledgement</w:t>
      </w:r>
    </w:p>
    <w:p w:rsidR="00CE6EB0" w:rsidRPr="001C3F11" w:rsidRDefault="00507C1C">
      <w:pPr>
        <w:rPr>
          <w:color w:val="000000" w:themeColor="text1"/>
        </w:rPr>
      </w:pPr>
      <w:r w:rsidRPr="001C3F11">
        <w:rPr>
          <w:color w:val="000000" w:themeColor="text1"/>
        </w:rPr>
        <w:t>By confirming the Booking, paying any amount, boarding, or using the Boat, the Client acknowledges and agrees that:</w:t>
      </w:r>
    </w:p>
    <w:p w:rsidR="00CE6EB0" w:rsidRPr="001C3F11" w:rsidRDefault="00507C1C">
      <w:pPr>
        <w:pStyle w:val="ListNumber"/>
        <w:rPr>
          <w:color w:val="000000" w:themeColor="text1"/>
        </w:rPr>
      </w:pPr>
      <w:r w:rsidRPr="001C3F11">
        <w:rPr>
          <w:color w:val="000000" w:themeColor="text1"/>
        </w:rPr>
        <w:t>The Client has received or had access to these Terms &amp; Conditions before or at the time of payment.</w:t>
      </w:r>
    </w:p>
    <w:p w:rsidR="00CE6EB0" w:rsidRPr="001C3F11" w:rsidRDefault="00507C1C">
      <w:pPr>
        <w:pStyle w:val="ListNumber"/>
        <w:rPr>
          <w:color w:val="000000" w:themeColor="text1"/>
        </w:rPr>
      </w:pPr>
      <w:r w:rsidRPr="001C3F11">
        <w:rPr>
          <w:color w:val="000000" w:themeColor="text1"/>
        </w:rPr>
        <w:t>Payment of the deposit, balance, or full Charter Fee is acceptance of these Terms &amp; Conditions.</w:t>
      </w:r>
    </w:p>
    <w:p w:rsidR="00CE6EB0" w:rsidRPr="001C3F11" w:rsidRDefault="00507C1C">
      <w:pPr>
        <w:pStyle w:val="ListNumber"/>
        <w:rPr>
          <w:color w:val="000000" w:themeColor="text1"/>
        </w:rPr>
      </w:pPr>
      <w:r w:rsidRPr="001C3F11">
        <w:rPr>
          <w:color w:val="000000" w:themeColor="text1"/>
        </w:rPr>
        <w:t>The Client is responsible for passengers and for safe use of the Boat.</w:t>
      </w:r>
    </w:p>
    <w:p w:rsidR="00CE6EB0" w:rsidRPr="001C3F11" w:rsidRDefault="00507C1C">
      <w:pPr>
        <w:pStyle w:val="ListNumber"/>
        <w:rPr>
          <w:color w:val="000000" w:themeColor="text1"/>
        </w:rPr>
      </w:pPr>
      <w:r w:rsidRPr="001C3F11">
        <w:rPr>
          <w:color w:val="000000" w:themeColor="text1"/>
        </w:rPr>
        <w:t>The Security Deposit may be used for damage, Recovery, loss, late return, fines, unpaid f</w:t>
      </w:r>
      <w:r w:rsidRPr="001C3F11">
        <w:rPr>
          <w:color w:val="000000" w:themeColor="text1"/>
        </w:rPr>
        <w:t>uel, excessive cleaning, or other amounts due.</w:t>
      </w:r>
    </w:p>
    <w:p w:rsidR="00CE6EB0" w:rsidRPr="001C3F11" w:rsidRDefault="00507C1C">
      <w:pPr>
        <w:pStyle w:val="ListNumber"/>
        <w:rPr>
          <w:color w:val="000000" w:themeColor="text1"/>
        </w:rPr>
      </w:pPr>
      <w:r w:rsidRPr="001C3F11">
        <w:rPr>
          <w:color w:val="000000" w:themeColor="text1"/>
        </w:rPr>
        <w:t>The Security Deposit is not a limit of liability, and the Client remains liable for additional proven losses.</w:t>
      </w:r>
    </w:p>
    <w:p w:rsidR="00CE6EB0" w:rsidRPr="001C3F11" w:rsidRDefault="00507C1C">
      <w:pPr>
        <w:pStyle w:val="ListNumber"/>
        <w:rPr>
          <w:color w:val="000000" w:themeColor="text1"/>
        </w:rPr>
      </w:pPr>
      <w:r w:rsidRPr="001C3F11">
        <w:rPr>
          <w:color w:val="000000" w:themeColor="text1"/>
        </w:rPr>
        <w:t>Safety decisions by Big D® Charters, including weather cancellation, rerouting, or refusal to depar</w:t>
      </w:r>
      <w:r w:rsidRPr="001C3F11">
        <w:rPr>
          <w:color w:val="000000" w:themeColor="text1"/>
        </w:rPr>
        <w:t>t, are final.</w:t>
      </w:r>
    </w:p>
    <w:p w:rsidR="00CE6EB0" w:rsidRPr="001C3F11" w:rsidRDefault="00507C1C">
      <w:pPr>
        <w:rPr>
          <w:color w:val="000000" w:themeColor="text1"/>
        </w:rPr>
      </w:pPr>
      <w:r w:rsidRPr="001C3F11">
        <w:rPr>
          <w:color w:val="000000" w:themeColor="text1"/>
        </w:rPr>
        <w:br w:type="page"/>
      </w:r>
    </w:p>
    <w:p w:rsidR="00CE6EB0" w:rsidRPr="001C3F11" w:rsidRDefault="00507C1C">
      <w:pPr>
        <w:pStyle w:val="Heading1"/>
        <w:rPr>
          <w:color w:val="000000" w:themeColor="text1"/>
        </w:rPr>
      </w:pPr>
      <w:r w:rsidRPr="001C3F11">
        <w:rPr>
          <w:color w:val="000000" w:themeColor="text1"/>
        </w:rPr>
        <w:lastRenderedPageBreak/>
        <w:t>Optional Signature / Handover Acknowledgement</w:t>
      </w:r>
    </w:p>
    <w:p w:rsidR="001C3F11" w:rsidRPr="001C3F11" w:rsidRDefault="00507C1C">
      <w:pPr>
        <w:rPr>
          <w:color w:val="000000" w:themeColor="text1"/>
        </w:rPr>
      </w:pPr>
      <w:r w:rsidRPr="001C3F11">
        <w:rPr>
          <w:color w:val="000000" w:themeColor="text1"/>
        </w:rPr>
        <w:t xml:space="preserve">This page is </w:t>
      </w:r>
      <w:r w:rsidRPr="001C3F11">
        <w:rPr>
          <w:b/>
          <w:color w:val="000000" w:themeColor="text1"/>
        </w:rPr>
        <w:t>optional</w:t>
      </w:r>
      <w:r w:rsidRPr="001C3F11">
        <w:rPr>
          <w:color w:val="000000" w:themeColor="text1"/>
        </w:rPr>
        <w:t xml:space="preserve"> and does not reduce the payment-based acceptance provisions above. It may be used at check-in or before departure for additional evidence of acceptance and handover</w:t>
      </w:r>
      <w:r w:rsidR="001C3F11">
        <w:rPr>
          <w:color w:val="000000" w:themeColor="text1"/>
        </w:rPr>
        <w:t xml:space="preserve"> or for sub-let vessels from professional owners.</w:t>
      </w:r>
    </w:p>
    <w:tbl>
      <w:tblPr>
        <w:tblStyle w:val="TableGrid"/>
        <w:tblW w:w="0" w:type="auto"/>
        <w:tblLook w:val="04A0" w:firstRow="1" w:lastRow="0" w:firstColumn="1" w:lastColumn="0" w:noHBand="0" w:noVBand="1"/>
      </w:tblPr>
      <w:tblGrid>
        <w:gridCol w:w="5040"/>
        <w:gridCol w:w="5040"/>
      </w:tblGrid>
      <w:tr w:rsidR="001C3F11" w:rsidRPr="001C3F11">
        <w:tc>
          <w:tcPr>
            <w:tcW w:w="5040" w:type="dxa"/>
            <w:shd w:val="clear" w:color="auto" w:fill="F2F2F2"/>
          </w:tcPr>
          <w:p w:rsidR="00CE6EB0" w:rsidRPr="001C3F11" w:rsidRDefault="00507C1C">
            <w:pPr>
              <w:rPr>
                <w:color w:val="000000" w:themeColor="text1"/>
              </w:rPr>
            </w:pPr>
            <w:r w:rsidRPr="001C3F11">
              <w:rPr>
                <w:color w:val="000000" w:themeColor="text1"/>
              </w:rPr>
              <w:t>Client</w:t>
            </w:r>
            <w:r w:rsidRPr="001C3F11">
              <w:rPr>
                <w:color w:val="000000" w:themeColor="text1"/>
              </w:rPr>
              <w:t xml:space="preserve"> name</w:t>
            </w:r>
          </w:p>
        </w:tc>
        <w:tc>
          <w:tcPr>
            <w:tcW w:w="5040" w:type="dxa"/>
          </w:tcPr>
          <w:p w:rsidR="00CE6EB0" w:rsidRPr="001C3F11" w:rsidRDefault="00CE6EB0">
            <w:pPr>
              <w:rPr>
                <w:color w:val="000000" w:themeColor="text1"/>
              </w:rPr>
            </w:pPr>
          </w:p>
        </w:tc>
      </w:tr>
      <w:tr w:rsidR="001C3F11" w:rsidRPr="001C3F11">
        <w:tc>
          <w:tcPr>
            <w:tcW w:w="5040" w:type="dxa"/>
            <w:shd w:val="clear" w:color="auto" w:fill="F2F2F2"/>
          </w:tcPr>
          <w:p w:rsidR="00CE6EB0" w:rsidRPr="001C3F11" w:rsidRDefault="00507C1C">
            <w:pPr>
              <w:rPr>
                <w:color w:val="000000" w:themeColor="text1"/>
              </w:rPr>
            </w:pPr>
            <w:r w:rsidRPr="001C3F11">
              <w:rPr>
                <w:color w:val="000000" w:themeColor="text1"/>
              </w:rPr>
              <w:t>ID / Passport no.</w:t>
            </w:r>
          </w:p>
        </w:tc>
        <w:tc>
          <w:tcPr>
            <w:tcW w:w="5040" w:type="dxa"/>
          </w:tcPr>
          <w:p w:rsidR="00CE6EB0" w:rsidRPr="001C3F11" w:rsidRDefault="00CE6EB0">
            <w:pPr>
              <w:rPr>
                <w:color w:val="000000" w:themeColor="text1"/>
              </w:rPr>
            </w:pPr>
          </w:p>
        </w:tc>
      </w:tr>
      <w:tr w:rsidR="001C3F11" w:rsidRPr="001C3F11">
        <w:tc>
          <w:tcPr>
            <w:tcW w:w="5040" w:type="dxa"/>
            <w:shd w:val="clear" w:color="auto" w:fill="F2F2F2"/>
          </w:tcPr>
          <w:p w:rsidR="00CE6EB0" w:rsidRPr="001C3F11" w:rsidRDefault="00507C1C">
            <w:pPr>
              <w:rPr>
                <w:color w:val="000000" w:themeColor="text1"/>
              </w:rPr>
            </w:pPr>
            <w:r w:rsidRPr="001C3F11">
              <w:rPr>
                <w:color w:val="000000" w:themeColor="text1"/>
              </w:rPr>
              <w:t>Boat / Booking reference</w:t>
            </w:r>
          </w:p>
        </w:tc>
        <w:tc>
          <w:tcPr>
            <w:tcW w:w="5040" w:type="dxa"/>
          </w:tcPr>
          <w:p w:rsidR="00CE6EB0" w:rsidRPr="001C3F11" w:rsidRDefault="00CE6EB0">
            <w:pPr>
              <w:rPr>
                <w:color w:val="000000" w:themeColor="text1"/>
              </w:rPr>
            </w:pPr>
          </w:p>
        </w:tc>
      </w:tr>
      <w:tr w:rsidR="001C3F11" w:rsidRPr="001C3F11">
        <w:tc>
          <w:tcPr>
            <w:tcW w:w="5040" w:type="dxa"/>
            <w:shd w:val="clear" w:color="auto" w:fill="F2F2F2"/>
          </w:tcPr>
          <w:p w:rsidR="00CE6EB0" w:rsidRPr="001C3F11" w:rsidRDefault="00507C1C">
            <w:pPr>
              <w:rPr>
                <w:color w:val="000000" w:themeColor="text1"/>
              </w:rPr>
            </w:pPr>
            <w:r w:rsidRPr="001C3F11">
              <w:rPr>
                <w:color w:val="000000" w:themeColor="text1"/>
              </w:rPr>
              <w:t>Charter date and time</w:t>
            </w:r>
          </w:p>
        </w:tc>
        <w:tc>
          <w:tcPr>
            <w:tcW w:w="5040" w:type="dxa"/>
          </w:tcPr>
          <w:p w:rsidR="00CE6EB0" w:rsidRPr="001C3F11" w:rsidRDefault="00CE6EB0">
            <w:pPr>
              <w:rPr>
                <w:color w:val="000000" w:themeColor="text1"/>
              </w:rPr>
            </w:pPr>
          </w:p>
        </w:tc>
      </w:tr>
      <w:tr w:rsidR="001C3F11" w:rsidRPr="001C3F11">
        <w:tc>
          <w:tcPr>
            <w:tcW w:w="5040" w:type="dxa"/>
            <w:shd w:val="clear" w:color="auto" w:fill="F2F2F2"/>
          </w:tcPr>
          <w:p w:rsidR="00CE6EB0" w:rsidRPr="001C3F11" w:rsidRDefault="00507C1C">
            <w:pPr>
              <w:rPr>
                <w:color w:val="000000" w:themeColor="text1"/>
              </w:rPr>
            </w:pPr>
            <w:r w:rsidRPr="001C3F11">
              <w:rPr>
                <w:color w:val="000000" w:themeColor="text1"/>
              </w:rPr>
              <w:t>Security Deposit amount</w:t>
            </w:r>
          </w:p>
        </w:tc>
        <w:tc>
          <w:tcPr>
            <w:tcW w:w="5040" w:type="dxa"/>
          </w:tcPr>
          <w:p w:rsidR="00CE6EB0" w:rsidRPr="001C3F11" w:rsidRDefault="00CE6EB0">
            <w:pPr>
              <w:rPr>
                <w:color w:val="000000" w:themeColor="text1"/>
              </w:rPr>
            </w:pPr>
          </w:p>
        </w:tc>
      </w:tr>
      <w:tr w:rsidR="001C3F11" w:rsidRPr="001C3F11">
        <w:tc>
          <w:tcPr>
            <w:tcW w:w="5040" w:type="dxa"/>
            <w:shd w:val="clear" w:color="auto" w:fill="F2F2F2"/>
          </w:tcPr>
          <w:p w:rsidR="00CE6EB0" w:rsidRPr="001C3F11" w:rsidRDefault="00507C1C">
            <w:pPr>
              <w:rPr>
                <w:color w:val="000000" w:themeColor="text1"/>
              </w:rPr>
            </w:pPr>
            <w:r w:rsidRPr="001C3F11">
              <w:rPr>
                <w:color w:val="000000" w:themeColor="text1"/>
              </w:rPr>
              <w:t>Briefing completed by</w:t>
            </w:r>
          </w:p>
        </w:tc>
        <w:tc>
          <w:tcPr>
            <w:tcW w:w="5040" w:type="dxa"/>
          </w:tcPr>
          <w:p w:rsidR="00CE6EB0" w:rsidRPr="001C3F11" w:rsidRDefault="00CE6EB0">
            <w:pPr>
              <w:rPr>
                <w:color w:val="000000" w:themeColor="text1"/>
              </w:rPr>
            </w:pPr>
          </w:p>
        </w:tc>
      </w:tr>
      <w:tr w:rsidR="001C3F11" w:rsidRPr="001C3F11">
        <w:tc>
          <w:tcPr>
            <w:tcW w:w="5040" w:type="dxa"/>
            <w:shd w:val="clear" w:color="auto" w:fill="F2F2F2"/>
          </w:tcPr>
          <w:p w:rsidR="00CE6EB0" w:rsidRPr="001C3F11" w:rsidRDefault="00507C1C">
            <w:pPr>
              <w:rPr>
                <w:color w:val="000000" w:themeColor="text1"/>
              </w:rPr>
            </w:pPr>
            <w:r w:rsidRPr="001C3F11">
              <w:rPr>
                <w:color w:val="000000" w:themeColor="text1"/>
              </w:rPr>
              <w:t>Client signature</w:t>
            </w:r>
          </w:p>
        </w:tc>
        <w:tc>
          <w:tcPr>
            <w:tcW w:w="5040" w:type="dxa"/>
          </w:tcPr>
          <w:p w:rsidR="00CE6EB0" w:rsidRPr="001C3F11" w:rsidRDefault="00CE6EB0">
            <w:pPr>
              <w:rPr>
                <w:color w:val="000000" w:themeColor="text1"/>
              </w:rPr>
            </w:pPr>
          </w:p>
        </w:tc>
      </w:tr>
      <w:tr w:rsidR="001C3F11" w:rsidRPr="001C3F11">
        <w:tc>
          <w:tcPr>
            <w:tcW w:w="5040" w:type="dxa"/>
            <w:shd w:val="clear" w:color="auto" w:fill="F2F2F2"/>
          </w:tcPr>
          <w:p w:rsidR="00CE6EB0" w:rsidRPr="001C3F11" w:rsidRDefault="00507C1C">
            <w:pPr>
              <w:rPr>
                <w:color w:val="000000" w:themeColor="text1"/>
              </w:rPr>
            </w:pPr>
            <w:r w:rsidRPr="001C3F11">
              <w:rPr>
                <w:color w:val="000000" w:themeColor="text1"/>
              </w:rPr>
              <w:t>Big D® Charters signature</w:t>
            </w:r>
          </w:p>
        </w:tc>
        <w:tc>
          <w:tcPr>
            <w:tcW w:w="5040" w:type="dxa"/>
          </w:tcPr>
          <w:p w:rsidR="00CE6EB0" w:rsidRPr="001C3F11" w:rsidRDefault="00CE6EB0">
            <w:pPr>
              <w:rPr>
                <w:color w:val="000000" w:themeColor="text1"/>
              </w:rPr>
            </w:pPr>
          </w:p>
        </w:tc>
      </w:tr>
    </w:tbl>
    <w:p w:rsidR="001C3F11" w:rsidRDefault="001C3F11">
      <w:pPr>
        <w:rPr>
          <w:color w:val="000000" w:themeColor="text1"/>
        </w:rPr>
      </w:pPr>
    </w:p>
    <w:p w:rsidR="00CE6EB0" w:rsidRDefault="00507C1C">
      <w:r w:rsidRPr="001C3F11">
        <w:rPr>
          <w:color w:val="000000" w:themeColor="text1"/>
        </w:rPr>
        <w:t>Client declaration: I confirm that I have read, understood, and accepted the Big</w:t>
      </w:r>
      <w:r w:rsidRPr="001C3F11">
        <w:rPr>
          <w:color w:val="000000" w:themeColor="text1"/>
        </w:rPr>
        <w:t xml:space="preserve"> D® Charters Terms &amp; Conditions, and </w:t>
      </w:r>
      <w:r>
        <w:t>that I received the safety briefing and had the opportunity to inspect the Boat before departure.</w:t>
      </w:r>
    </w:p>
    <w:sectPr w:rsidR="00CE6EB0" w:rsidSect="00034616">
      <w:footerReference w:type="default" r:id="rId8"/>
      <w:pgSz w:w="12240" w:h="15840"/>
      <w:pgMar w:top="1008"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7C1C" w:rsidRDefault="00507C1C">
      <w:pPr>
        <w:spacing w:after="0" w:line="240" w:lineRule="auto"/>
      </w:pPr>
      <w:r>
        <w:separator/>
      </w:r>
    </w:p>
  </w:endnote>
  <w:endnote w:type="continuationSeparator" w:id="0">
    <w:p w:rsidR="00507C1C" w:rsidRDefault="00507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00500000000000000"/>
    <w:charset w:val="00"/>
    <w:family w:val="modern"/>
    <w:pitch w:val="fixed"/>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6EB0" w:rsidRDefault="00507C1C">
    <w:pPr>
      <w:pStyle w:val="Footer"/>
      <w:jc w:val="center"/>
    </w:pPr>
    <w:r>
      <w:t xml:space="preserve">Big D® Charters Terms &amp; Conditions | Page </w:t>
    </w:r>
    <w:r>
      <w:fldChar w:fldCharType="begin"/>
    </w:r>
    <w:r>
      <w:instrText>PAGE</w:instrText>
    </w:r>
    <w:r w:rsidR="001C3F11">
      <w:fldChar w:fldCharType="separate"/>
    </w:r>
    <w:r w:rsidR="001C3F1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7C1C" w:rsidRDefault="00507C1C">
      <w:pPr>
        <w:spacing w:after="0" w:line="240" w:lineRule="auto"/>
      </w:pPr>
      <w:r>
        <w:separator/>
      </w:r>
    </w:p>
  </w:footnote>
  <w:footnote w:type="continuationSeparator" w:id="0">
    <w:p w:rsidR="00507C1C" w:rsidRDefault="00507C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D86"/>
    <w:rsid w:val="00034616"/>
    <w:rsid w:val="0006063C"/>
    <w:rsid w:val="0015074B"/>
    <w:rsid w:val="001C3F11"/>
    <w:rsid w:val="0029639D"/>
    <w:rsid w:val="00326F90"/>
    <w:rsid w:val="00507C1C"/>
    <w:rsid w:val="008B1608"/>
    <w:rsid w:val="00AA1D8D"/>
    <w:rsid w:val="00B47730"/>
    <w:rsid w:val="00C73945"/>
    <w:rsid w:val="00CB0664"/>
    <w:rsid w:val="00CE6EB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B55BCD"/>
  <w14:defaultImageDpi w14:val="300"/>
  <w15:docId w15:val="{4508168B-8CA9-964F-B352-26FF907B0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00" w:line="25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Arial" w:eastAsia="Arial" w:hAnsi="Arial"/>
      <w:sz w:val="19"/>
    </w:rPr>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C73945"/>
    <w:pPr>
      <w:spacing w:before="100" w:beforeAutospacing="1"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23535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CC53A-FCE7-F644-9795-1E132277D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3474</Words>
  <Characters>19802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23230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Daniele Baraggioli</cp:lastModifiedBy>
  <cp:revision>2</cp:revision>
  <dcterms:created xsi:type="dcterms:W3CDTF">2026-06-09T22:54:00Z</dcterms:created>
  <dcterms:modified xsi:type="dcterms:W3CDTF">2026-06-09T22:54:00Z</dcterms:modified>
  <cp:category/>
</cp:coreProperties>
</file>